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74131" w14:textId="77777777" w:rsidR="00AC22C4" w:rsidRDefault="00000000">
      <w:pPr>
        <w:jc w:val="center"/>
      </w:pPr>
      <w:proofErr w:type="spellStart"/>
      <w:r>
        <w:rPr>
          <w:b/>
          <w:color w:val="000000"/>
          <w:sz w:val="48"/>
        </w:rPr>
        <w:t>Hormonale</w:t>
      </w:r>
      <w:proofErr w:type="spellEnd"/>
      <w:r>
        <w:rPr>
          <w:b/>
          <w:color w:val="000000"/>
          <w:sz w:val="48"/>
        </w:rPr>
        <w:t xml:space="preserve"> </w:t>
      </w:r>
      <w:proofErr w:type="spellStart"/>
      <w:r>
        <w:rPr>
          <w:b/>
          <w:color w:val="000000"/>
          <w:sz w:val="48"/>
        </w:rPr>
        <w:t>Analyse</w:t>
      </w:r>
      <w:proofErr w:type="spellEnd"/>
    </w:p>
    <w:p w14:paraId="204CEC8A" w14:textId="77777777" w:rsidR="00AC22C4" w:rsidRDefault="00000000">
      <w:pPr>
        <w:jc w:val="center"/>
      </w:pPr>
      <w:r>
        <w:rPr>
          <w:i/>
          <w:sz w:val="28"/>
        </w:rPr>
        <w:t>Your Hormone Blueprint</w:t>
      </w:r>
    </w:p>
    <w:p w14:paraId="421B27A6" w14:textId="77777777" w:rsidR="00AC22C4" w:rsidRDefault="00AC22C4"/>
    <w:p w14:paraId="26CCEA04" w14:textId="77777777" w:rsidR="00AC22C4" w:rsidRDefault="00000000">
      <w:r>
        <w:rPr>
          <w:b/>
        </w:rPr>
        <w:t xml:space="preserve">Naam </w:t>
      </w:r>
      <w:r>
        <w:t>______________________________________________</w:t>
      </w:r>
    </w:p>
    <w:p w14:paraId="1E3A65B6" w14:textId="77777777" w:rsidR="00AC22C4" w:rsidRDefault="00000000">
      <w:r>
        <w:t xml:space="preserve">Heb </w:t>
      </w:r>
      <w:proofErr w:type="spellStart"/>
      <w:r>
        <w:t>jij</w:t>
      </w:r>
      <w:proofErr w:type="spellEnd"/>
      <w:r>
        <w:t xml:space="preserve"> of had je de </w:t>
      </w:r>
      <w:proofErr w:type="spellStart"/>
      <w:r>
        <w:t>afgelopen</w:t>
      </w:r>
      <w:proofErr w:type="spellEnd"/>
      <w:r>
        <w:t xml:space="preserve"> 6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of </w:t>
      </w:r>
      <w:proofErr w:type="spellStart"/>
      <w:r>
        <w:t>meerdere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symptomen</w:t>
      </w:r>
      <w:proofErr w:type="spellEnd"/>
      <w:r>
        <w:t xml:space="preserve"> </w:t>
      </w:r>
      <w:proofErr w:type="spellStart"/>
      <w:r>
        <w:t>gehad</w:t>
      </w:r>
      <w:proofErr w:type="spellEnd"/>
      <w:r>
        <w:t>?</w:t>
      </w:r>
    </w:p>
    <w:p w14:paraId="415CAAD1" w14:textId="77777777" w:rsidR="00AC22C4" w:rsidRDefault="00AC22C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AC22C4" w14:paraId="1BC3F3E4" w14:textId="77777777">
        <w:trPr>
          <w:jc w:val="center"/>
        </w:trPr>
        <w:tc>
          <w:tcPr>
            <w:tcW w:w="10312" w:type="dxa"/>
            <w:shd w:val="clear" w:color="auto" w:fill="A2A0DF"/>
          </w:tcPr>
          <w:p w14:paraId="1B11FA81" w14:textId="77777777" w:rsidR="00AC22C4" w:rsidRDefault="00000000">
            <w:pPr>
              <w:jc w:val="center"/>
            </w:pPr>
            <w:r>
              <w:rPr>
                <w:b/>
                <w:sz w:val="30"/>
              </w:rPr>
              <w:t>Deel A</w:t>
            </w:r>
          </w:p>
        </w:tc>
      </w:tr>
    </w:tbl>
    <w:p w14:paraId="4770412D" w14:textId="77777777" w:rsidR="00AC22C4" w:rsidRDefault="00AC22C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88"/>
        <w:gridCol w:w="3224"/>
      </w:tblGrid>
      <w:tr w:rsidR="00AC22C4" w14:paraId="0AB1718E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6B503F0C" w14:textId="77777777" w:rsidR="00AC22C4" w:rsidRDefault="009414FD">
            <w:r>
              <w:t xml:space="preserve">Heb je het </w:t>
            </w:r>
            <w:proofErr w:type="spellStart"/>
            <w:r>
              <w:t>gevoel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je </w:t>
            </w:r>
            <w:proofErr w:type="spellStart"/>
            <w:r>
              <w:t>je</w:t>
            </w:r>
            <w:proofErr w:type="spellEnd"/>
            <w:r>
              <w:t xml:space="preserve"> constant van de </w:t>
            </w:r>
            <w:proofErr w:type="spellStart"/>
            <w:r>
              <w:t>ene</w:t>
            </w:r>
            <w:proofErr w:type="spellEnd"/>
            <w:r>
              <w:t xml:space="preserve"> </w:t>
            </w:r>
            <w:proofErr w:type="spellStart"/>
            <w:r>
              <w:t>taak</w:t>
            </w:r>
            <w:proofErr w:type="spellEnd"/>
            <w:r>
              <w:t xml:space="preserve"> </w:t>
            </w:r>
            <w:proofErr w:type="spellStart"/>
            <w:r>
              <w:t>naar</w:t>
            </w:r>
            <w:proofErr w:type="spellEnd"/>
            <w:r>
              <w:t xml:space="preserve"> de </w:t>
            </w:r>
            <w:proofErr w:type="spellStart"/>
            <w:r>
              <w:t>andere</w:t>
            </w:r>
            <w:proofErr w:type="spellEnd"/>
            <w:r>
              <w:t xml:space="preserve"> </w:t>
            </w:r>
            <w:proofErr w:type="spellStart"/>
            <w:r>
              <w:t>haast</w:t>
            </w:r>
            <w:proofErr w:type="spellEnd"/>
            <w:r>
              <w:t>?</w:t>
            </w:r>
          </w:p>
          <w:p w14:paraId="388142E6" w14:textId="6340BCE3" w:rsidR="00227C02" w:rsidRDefault="00227C02"/>
        </w:tc>
        <w:tc>
          <w:tcPr>
            <w:tcW w:w="3224" w:type="dxa"/>
          </w:tcPr>
          <w:p w14:paraId="51F04C71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7C34653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21C52ADB" w14:textId="77777777" w:rsidR="00AC22C4" w:rsidRDefault="009414FD">
            <w:r>
              <w:t xml:space="preserve">Voel je </w:t>
            </w:r>
            <w:proofErr w:type="spellStart"/>
            <w:r>
              <w:t>je</w:t>
            </w:r>
            <w:proofErr w:type="spellEnd"/>
            <w:r>
              <w:t xml:space="preserve"> </w:t>
            </w:r>
            <w:proofErr w:type="spellStart"/>
            <w:r>
              <w:t>opgeladen</w:t>
            </w:r>
            <w:proofErr w:type="spellEnd"/>
            <w:r>
              <w:t>/</w:t>
            </w:r>
            <w:proofErr w:type="spellStart"/>
            <w:r>
              <w:t>ontspannen</w:t>
            </w:r>
            <w:proofErr w:type="spellEnd"/>
            <w:r>
              <w:t xml:space="preserve">, maar </w:t>
            </w:r>
            <w:proofErr w:type="spellStart"/>
            <w:r>
              <w:t>toch</w:t>
            </w:r>
            <w:proofErr w:type="spellEnd"/>
            <w:r>
              <w:t xml:space="preserve"> </w:t>
            </w:r>
            <w:proofErr w:type="spellStart"/>
            <w:r>
              <w:t>moe</w:t>
            </w:r>
            <w:proofErr w:type="spellEnd"/>
            <w:r>
              <w:t>?</w:t>
            </w:r>
          </w:p>
          <w:p w14:paraId="545E1AA5" w14:textId="7DC72347" w:rsidR="00227C02" w:rsidRDefault="00227C02"/>
        </w:tc>
        <w:tc>
          <w:tcPr>
            <w:tcW w:w="3224" w:type="dxa"/>
          </w:tcPr>
          <w:p w14:paraId="3930FF6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355308" w14:paraId="28AF3B8B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268A1CEB" w14:textId="77777777" w:rsidR="00355308" w:rsidRDefault="00355308">
            <w:r>
              <w:t xml:space="preserve">Heb je </w:t>
            </w:r>
            <w:proofErr w:type="spellStart"/>
            <w:r>
              <w:t>moeite</w:t>
            </w:r>
            <w:proofErr w:type="spellEnd"/>
            <w:r>
              <w:t xml:space="preserve"> om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bedtijd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ontspannen</w:t>
            </w:r>
            <w:proofErr w:type="spellEnd"/>
            <w:r>
              <w:t xml:space="preserve">? Of </w:t>
            </w:r>
            <w:proofErr w:type="spellStart"/>
            <w:r>
              <w:t>een</w:t>
            </w:r>
            <w:proofErr w:type="spellEnd"/>
            <w:r>
              <w:t xml:space="preserve"> extra golf </w:t>
            </w:r>
            <w:proofErr w:type="spellStart"/>
            <w:r>
              <w:t>energie</w:t>
            </w:r>
            <w:proofErr w:type="spellEnd"/>
            <w:r>
              <w:t xml:space="preserve"> </w:t>
            </w:r>
            <w:proofErr w:type="spellStart"/>
            <w:r>
              <w:t>waardoor</w:t>
            </w:r>
            <w:proofErr w:type="spellEnd"/>
            <w:r>
              <w:t xml:space="preserve"> je later </w:t>
            </w:r>
            <w:proofErr w:type="spellStart"/>
            <w:r>
              <w:t>opblijft</w:t>
            </w:r>
            <w:proofErr w:type="spellEnd"/>
            <w:r>
              <w:t>?</w:t>
            </w:r>
          </w:p>
          <w:p w14:paraId="41DCB9E4" w14:textId="0A53EE57" w:rsidR="00227C02" w:rsidRDefault="00227C02"/>
        </w:tc>
        <w:tc>
          <w:tcPr>
            <w:tcW w:w="3224" w:type="dxa"/>
          </w:tcPr>
          <w:p w14:paraId="4BD4402F" w14:textId="6855F258" w:rsidR="00355308" w:rsidRDefault="00355308">
            <w:pPr>
              <w:jc w:val="center"/>
            </w:pPr>
            <w:r>
              <w:t>☐ Ja      ☐ Nee</w:t>
            </w:r>
          </w:p>
        </w:tc>
      </w:tr>
      <w:tr w:rsidR="00AC22C4" w14:paraId="3445FC9E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096D9634" w14:textId="262B5954" w:rsidR="00227C02" w:rsidRDefault="009414FD">
            <w:r>
              <w:t xml:space="preserve">Heb je </w:t>
            </w:r>
            <w:proofErr w:type="spellStart"/>
            <w:r>
              <w:t>moeite</w:t>
            </w:r>
            <w:proofErr w:type="spellEnd"/>
            <w:r>
              <w:t xml:space="preserve"> met in </w:t>
            </w:r>
            <w:proofErr w:type="spellStart"/>
            <w:r>
              <w:t>sla</w:t>
            </w:r>
            <w:r w:rsidR="00355308">
              <w:t>a</w:t>
            </w:r>
            <w:r>
              <w:t>p</w:t>
            </w:r>
            <w:proofErr w:type="spellEnd"/>
            <w:r>
              <w:t xml:space="preserve"> </w:t>
            </w:r>
            <w:proofErr w:type="spellStart"/>
            <w:r>
              <w:t>vallen</w:t>
            </w:r>
            <w:proofErr w:type="spellEnd"/>
            <w:r>
              <w:t xml:space="preserve"> of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verstoorde</w:t>
            </w:r>
            <w:proofErr w:type="spellEnd"/>
            <w:r>
              <w:t xml:space="preserve"> </w:t>
            </w:r>
            <w:proofErr w:type="spellStart"/>
            <w:r>
              <w:t>nachtrust</w:t>
            </w:r>
            <w:proofErr w:type="spellEnd"/>
            <w:r>
              <w:t>?</w:t>
            </w:r>
          </w:p>
        </w:tc>
        <w:tc>
          <w:tcPr>
            <w:tcW w:w="3224" w:type="dxa"/>
          </w:tcPr>
          <w:p w14:paraId="4C27F745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B89F45A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591E1D2A" w14:textId="77777777" w:rsidR="00AC22C4" w:rsidRDefault="009414FD">
            <w:r>
              <w:t xml:space="preserve">Een </w:t>
            </w:r>
            <w:proofErr w:type="spellStart"/>
            <w:r>
              <w:t>gevoel</w:t>
            </w:r>
            <w:proofErr w:type="spellEnd"/>
            <w:r>
              <w:t xml:space="preserve"> van </w:t>
            </w:r>
            <w:proofErr w:type="spellStart"/>
            <w:r>
              <w:t>onrust</w:t>
            </w:r>
            <w:proofErr w:type="spellEnd"/>
            <w:r>
              <w:t>/</w:t>
            </w:r>
            <w:proofErr w:type="spellStart"/>
            <w:r>
              <w:t>nervositeit</w:t>
            </w:r>
            <w:proofErr w:type="spellEnd"/>
            <w:r>
              <w:t xml:space="preserve">?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kunnen</w:t>
            </w:r>
            <w:proofErr w:type="spellEnd"/>
            <w:r>
              <w:t xml:space="preserve"> </w:t>
            </w:r>
            <w:proofErr w:type="spellStart"/>
            <w:r>
              <w:t>stoppen</w:t>
            </w:r>
            <w:proofErr w:type="spellEnd"/>
            <w:r>
              <w:t xml:space="preserve"> met je </w:t>
            </w:r>
            <w:proofErr w:type="spellStart"/>
            <w:r>
              <w:t>zorgen</w:t>
            </w:r>
            <w:proofErr w:type="spellEnd"/>
            <w:r>
              <w:t xml:space="preserve"> </w:t>
            </w:r>
            <w:proofErr w:type="spellStart"/>
            <w:r>
              <w:t>maken</w:t>
            </w:r>
            <w:proofErr w:type="spellEnd"/>
            <w:r>
              <w:t xml:space="preserve"> over </w:t>
            </w:r>
            <w:proofErr w:type="spellStart"/>
            <w:r>
              <w:t>zaken</w:t>
            </w:r>
            <w:proofErr w:type="spellEnd"/>
            <w:r>
              <w:t xml:space="preserve"> </w:t>
            </w:r>
            <w:proofErr w:type="spellStart"/>
            <w:r>
              <w:t>buiten</w:t>
            </w:r>
            <w:proofErr w:type="spellEnd"/>
            <w:r>
              <w:t xml:space="preserve"> je </w:t>
            </w:r>
            <w:proofErr w:type="spellStart"/>
            <w:r>
              <w:t>controle</w:t>
            </w:r>
            <w:proofErr w:type="spellEnd"/>
            <w:r>
              <w:t>?</w:t>
            </w:r>
          </w:p>
          <w:p w14:paraId="7BF8F81C" w14:textId="5EA6A220" w:rsidR="00227C02" w:rsidRDefault="00227C02"/>
        </w:tc>
        <w:tc>
          <w:tcPr>
            <w:tcW w:w="3224" w:type="dxa"/>
          </w:tcPr>
          <w:p w14:paraId="19534BA7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CEEF459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219BEF38" w14:textId="77777777" w:rsidR="00AC22C4" w:rsidRDefault="009414FD">
            <w:proofErr w:type="spellStart"/>
            <w:r>
              <w:t>Wordt</w:t>
            </w:r>
            <w:proofErr w:type="spellEnd"/>
            <w:r>
              <w:t xml:space="preserve"> je </w:t>
            </w:r>
            <w:proofErr w:type="spellStart"/>
            <w:r>
              <w:t>snel</w:t>
            </w:r>
            <w:proofErr w:type="spellEnd"/>
            <w:r>
              <w:t xml:space="preserve"> </w:t>
            </w:r>
            <w:proofErr w:type="spellStart"/>
            <w:r>
              <w:t>woedend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schreeuw</w:t>
            </w:r>
            <w:proofErr w:type="spellEnd"/>
            <w:r>
              <w:t xml:space="preserve"> of </w:t>
            </w:r>
            <w:proofErr w:type="spellStart"/>
            <w:r>
              <w:t>gil</w:t>
            </w:r>
            <w:proofErr w:type="spellEnd"/>
            <w:r>
              <w:t xml:space="preserve"> je dan?</w:t>
            </w:r>
          </w:p>
          <w:p w14:paraId="666FDA63" w14:textId="370B3BED" w:rsidR="00227C02" w:rsidRDefault="00227C02"/>
        </w:tc>
        <w:tc>
          <w:tcPr>
            <w:tcW w:w="3224" w:type="dxa"/>
          </w:tcPr>
          <w:p w14:paraId="6C1A02EB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DC362FA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69A52EFD" w14:textId="77777777" w:rsidR="00AC22C4" w:rsidRDefault="009414FD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slecht</w:t>
            </w:r>
            <w:proofErr w:type="spellEnd"/>
            <w:r>
              <w:t xml:space="preserve"> </w:t>
            </w:r>
            <w:proofErr w:type="spellStart"/>
            <w:r>
              <w:t>geheugen</w:t>
            </w:r>
            <w:proofErr w:type="spellEnd"/>
            <w:r>
              <w:t xml:space="preserve"> of </w:t>
            </w:r>
            <w:proofErr w:type="spellStart"/>
            <w:r>
              <w:t>voel</w:t>
            </w:r>
            <w:proofErr w:type="spellEnd"/>
            <w:r>
              <w:t xml:space="preserve"> je </w:t>
            </w:r>
            <w:proofErr w:type="spellStart"/>
            <w:r>
              <w:t>je</w:t>
            </w:r>
            <w:proofErr w:type="spellEnd"/>
            <w:r>
              <w:t xml:space="preserve"> </w:t>
            </w:r>
            <w:proofErr w:type="spellStart"/>
            <w:r>
              <w:t>afgeleid</w:t>
            </w:r>
            <w:proofErr w:type="spellEnd"/>
            <w:r>
              <w:t xml:space="preserve"> </w:t>
            </w:r>
            <w:proofErr w:type="spellStart"/>
            <w:r>
              <w:t>onder</w:t>
            </w:r>
            <w:proofErr w:type="spellEnd"/>
            <w:r>
              <w:t xml:space="preserve"> </w:t>
            </w:r>
            <w:proofErr w:type="spellStart"/>
            <w:r>
              <w:t>druk</w:t>
            </w:r>
            <w:proofErr w:type="spellEnd"/>
            <w:r>
              <w:t>?</w:t>
            </w:r>
          </w:p>
          <w:p w14:paraId="3620C14A" w14:textId="3AD5CC4B" w:rsidR="00227C02" w:rsidRDefault="00227C02"/>
        </w:tc>
        <w:tc>
          <w:tcPr>
            <w:tcW w:w="3224" w:type="dxa"/>
          </w:tcPr>
          <w:p w14:paraId="21A40E40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2CED551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759AC854" w14:textId="77777777" w:rsidR="00227C02" w:rsidRDefault="009414FD">
            <w:r>
              <w:t xml:space="preserve">Heb je </w:t>
            </w:r>
            <w:r w:rsidR="00694AB0">
              <w:t xml:space="preserve">cravings </w:t>
            </w:r>
            <w:proofErr w:type="spellStart"/>
            <w:r>
              <w:t>naar</w:t>
            </w:r>
            <w:proofErr w:type="spellEnd"/>
            <w:r>
              <w:t xml:space="preserve"> </w:t>
            </w:r>
            <w:proofErr w:type="spellStart"/>
            <w:r>
              <w:t>zoet</w:t>
            </w:r>
            <w:proofErr w:type="spellEnd"/>
            <w:r>
              <w:t xml:space="preserve">? </w:t>
            </w:r>
          </w:p>
          <w:p w14:paraId="428BCEDD" w14:textId="088BC896" w:rsidR="00AC22C4" w:rsidRDefault="009414FD">
            <w:proofErr w:type="spellStart"/>
            <w:r>
              <w:t>Bijv</w:t>
            </w:r>
            <w:proofErr w:type="spellEnd"/>
            <w:r>
              <w:t xml:space="preserve">: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elke</w:t>
            </w:r>
            <w:proofErr w:type="spellEnd"/>
            <w:r>
              <w:t xml:space="preserve"> </w:t>
            </w:r>
            <w:proofErr w:type="spellStart"/>
            <w:r>
              <w:t>maaltijd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klein</w:t>
            </w:r>
            <w:proofErr w:type="spellEnd"/>
            <w:r>
              <w:t xml:space="preserve"> </w:t>
            </w:r>
            <w:proofErr w:type="spellStart"/>
            <w:r>
              <w:t>stukje</w:t>
            </w:r>
            <w:proofErr w:type="spellEnd"/>
            <w:r>
              <w:t xml:space="preserve"> </w:t>
            </w:r>
            <w:proofErr w:type="spellStart"/>
            <w:r>
              <w:t>chocolade</w:t>
            </w:r>
            <w:proofErr w:type="spellEnd"/>
          </w:p>
          <w:p w14:paraId="3BB8CD5D" w14:textId="26EEB568" w:rsidR="00227C02" w:rsidRDefault="00227C02"/>
        </w:tc>
        <w:tc>
          <w:tcPr>
            <w:tcW w:w="3224" w:type="dxa"/>
          </w:tcPr>
          <w:p w14:paraId="3BAB39A2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78F1F0B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43DA599F" w14:textId="75B1197A" w:rsidR="00227C02" w:rsidRDefault="00355308">
            <w:r>
              <w:t xml:space="preserve">Heb je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toegenomen</w:t>
            </w:r>
            <w:proofErr w:type="spellEnd"/>
            <w:r>
              <w:t xml:space="preserve"> </w:t>
            </w:r>
            <w:proofErr w:type="spellStart"/>
            <w:r>
              <w:t>buikomvang</w:t>
            </w:r>
            <w:proofErr w:type="spellEnd"/>
            <w:r>
              <w:t>? (</w:t>
            </w:r>
            <w:proofErr w:type="spellStart"/>
            <w:r>
              <w:t>buikvet</w:t>
            </w:r>
            <w:proofErr w:type="spellEnd"/>
            <w:r>
              <w:t>/</w:t>
            </w:r>
            <w:proofErr w:type="spellStart"/>
            <w:r>
              <w:t>zwembandjes</w:t>
            </w:r>
            <w:proofErr w:type="spellEnd"/>
            <w:r>
              <w:t>/</w:t>
            </w:r>
            <w:proofErr w:type="spellStart"/>
            <w:r>
              <w:t>lovehandles</w:t>
            </w:r>
            <w:proofErr w:type="spellEnd"/>
            <w:r>
              <w:t>)</w:t>
            </w:r>
          </w:p>
        </w:tc>
        <w:tc>
          <w:tcPr>
            <w:tcW w:w="3224" w:type="dxa"/>
          </w:tcPr>
          <w:p w14:paraId="2AACF065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932F5C2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347AA903" w14:textId="77777777" w:rsidR="00AC22C4" w:rsidRDefault="00355308">
            <w:r>
              <w:t xml:space="preserve">Heb je </w:t>
            </w:r>
            <w:proofErr w:type="spellStart"/>
            <w:r>
              <w:t>huidproblemen</w:t>
            </w:r>
            <w:proofErr w:type="spellEnd"/>
            <w:r>
              <w:t xml:space="preserve"> </w:t>
            </w:r>
            <w:proofErr w:type="spellStart"/>
            <w:r>
              <w:t>zoals</w:t>
            </w:r>
            <w:proofErr w:type="spellEnd"/>
            <w:r>
              <w:t xml:space="preserve"> </w:t>
            </w:r>
            <w:proofErr w:type="spellStart"/>
            <w:r>
              <w:t>eczeem</w:t>
            </w:r>
            <w:proofErr w:type="spellEnd"/>
            <w:r>
              <w:t xml:space="preserve"> of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dunne</w:t>
            </w:r>
            <w:proofErr w:type="spellEnd"/>
            <w:r>
              <w:t xml:space="preserve"> </w:t>
            </w:r>
            <w:proofErr w:type="spellStart"/>
            <w:r>
              <w:t>huid</w:t>
            </w:r>
            <w:proofErr w:type="spellEnd"/>
            <w:r>
              <w:t>?</w:t>
            </w:r>
          </w:p>
          <w:p w14:paraId="58A6C65B" w14:textId="382CD2CD" w:rsidR="00227C02" w:rsidRDefault="00227C02"/>
        </w:tc>
        <w:tc>
          <w:tcPr>
            <w:tcW w:w="3224" w:type="dxa"/>
          </w:tcPr>
          <w:p w14:paraId="11147757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750DC5B9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130AF350" w14:textId="6CF45D6D" w:rsidR="00227C02" w:rsidRDefault="00355308">
            <w:r>
              <w:t xml:space="preserve">Is er </w:t>
            </w:r>
            <w:proofErr w:type="spellStart"/>
            <w:r>
              <w:t>botontkalking</w:t>
            </w:r>
            <w:proofErr w:type="spellEnd"/>
            <w:r>
              <w:t xml:space="preserve"> </w:t>
            </w:r>
            <w:proofErr w:type="spellStart"/>
            <w:r>
              <w:t>geconstateerd</w:t>
            </w:r>
            <w:proofErr w:type="spellEnd"/>
            <w:r>
              <w:t>?</w:t>
            </w:r>
          </w:p>
        </w:tc>
        <w:tc>
          <w:tcPr>
            <w:tcW w:w="3224" w:type="dxa"/>
          </w:tcPr>
          <w:p w14:paraId="262503C1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2C40D83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22213631" w14:textId="77777777" w:rsidR="00AC22C4" w:rsidRDefault="00355308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soms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hoge</w:t>
            </w:r>
            <w:proofErr w:type="spellEnd"/>
            <w:r>
              <w:t xml:space="preserve"> </w:t>
            </w:r>
            <w:proofErr w:type="spellStart"/>
            <w:r>
              <w:t>bloeddruk</w:t>
            </w:r>
            <w:proofErr w:type="spellEnd"/>
            <w:r>
              <w:t xml:space="preserve"> of </w:t>
            </w:r>
            <w:proofErr w:type="spellStart"/>
            <w:r>
              <w:t>snelle</w:t>
            </w:r>
            <w:proofErr w:type="spellEnd"/>
            <w:r>
              <w:t xml:space="preserve"> </w:t>
            </w:r>
            <w:proofErr w:type="spellStart"/>
            <w:r>
              <w:t>hartslag</w:t>
            </w:r>
            <w:proofErr w:type="spellEnd"/>
            <w:r>
              <w:t xml:space="preserve"> die </w:t>
            </w:r>
            <w:proofErr w:type="spellStart"/>
            <w:r>
              <w:t>niks</w:t>
            </w:r>
            <w:proofErr w:type="spellEnd"/>
            <w:r>
              <w:t xml:space="preserve"> met </w:t>
            </w:r>
            <w:proofErr w:type="spellStart"/>
            <w:r>
              <w:t>enthousiasme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maken</w:t>
            </w:r>
            <w:proofErr w:type="spellEnd"/>
            <w:r>
              <w:t xml:space="preserve"> </w:t>
            </w:r>
            <w:proofErr w:type="spellStart"/>
            <w:r>
              <w:t>hebben</w:t>
            </w:r>
            <w:proofErr w:type="spellEnd"/>
            <w:r>
              <w:t>?</w:t>
            </w:r>
          </w:p>
          <w:p w14:paraId="2C673668" w14:textId="4BFEF74A" w:rsidR="00227C02" w:rsidRDefault="00227C02"/>
        </w:tc>
        <w:tc>
          <w:tcPr>
            <w:tcW w:w="3224" w:type="dxa"/>
          </w:tcPr>
          <w:p w14:paraId="0E9EF25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D574333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36471183" w14:textId="141B0DFD" w:rsidR="00227C02" w:rsidRDefault="00355308">
            <w:r>
              <w:t xml:space="preserve">Voel je </w:t>
            </w:r>
            <w:proofErr w:type="spellStart"/>
            <w:r>
              <w:t>je</w:t>
            </w:r>
            <w:proofErr w:type="spellEnd"/>
            <w:r>
              <w:t xml:space="preserve"> </w:t>
            </w:r>
            <w:proofErr w:type="spellStart"/>
            <w:r>
              <w:t>bibberig</w:t>
            </w:r>
            <w:proofErr w:type="spellEnd"/>
            <w:r>
              <w:t xml:space="preserve"> </w:t>
            </w:r>
            <w:proofErr w:type="spellStart"/>
            <w:r>
              <w:t>tussen</w:t>
            </w:r>
            <w:proofErr w:type="spellEnd"/>
            <w:r>
              <w:t xml:space="preserve"> </w:t>
            </w:r>
            <w:proofErr w:type="spellStart"/>
            <w:r>
              <w:t>maaltijden</w:t>
            </w:r>
            <w:proofErr w:type="spellEnd"/>
            <w:r>
              <w:t xml:space="preserve"> in?</w:t>
            </w:r>
          </w:p>
        </w:tc>
        <w:tc>
          <w:tcPr>
            <w:tcW w:w="3224" w:type="dxa"/>
          </w:tcPr>
          <w:p w14:paraId="5F77ADE6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2EAAAB1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527904B7" w14:textId="77777777" w:rsidR="00AC22C4" w:rsidRDefault="00355308">
            <w:r>
              <w:t xml:space="preserve">Heb je </w:t>
            </w:r>
            <w:proofErr w:type="spellStart"/>
            <w:r>
              <w:t>maaggerelateerde</w:t>
            </w:r>
            <w:proofErr w:type="spellEnd"/>
            <w:r>
              <w:t xml:space="preserve"> </w:t>
            </w:r>
            <w:proofErr w:type="spellStart"/>
            <w:r>
              <w:t>klachten</w:t>
            </w:r>
            <w:proofErr w:type="spellEnd"/>
            <w:r>
              <w:t xml:space="preserve"> </w:t>
            </w:r>
            <w:proofErr w:type="spellStart"/>
            <w:r>
              <w:t>zoals</w:t>
            </w:r>
            <w:proofErr w:type="spellEnd"/>
            <w:r>
              <w:t xml:space="preserve"> </w:t>
            </w:r>
            <w:proofErr w:type="spellStart"/>
            <w:r>
              <w:t>maagzweren</w:t>
            </w:r>
            <w:proofErr w:type="spellEnd"/>
            <w:r>
              <w:t xml:space="preserve">, </w:t>
            </w:r>
            <w:proofErr w:type="spellStart"/>
            <w:r>
              <w:t>brandend</w:t>
            </w:r>
            <w:proofErr w:type="spellEnd"/>
            <w:r>
              <w:t xml:space="preserve"> </w:t>
            </w:r>
            <w:proofErr w:type="spellStart"/>
            <w:r>
              <w:t>maagzuur</w:t>
            </w:r>
            <w:proofErr w:type="spellEnd"/>
            <w:r>
              <w:t xml:space="preserve"> of </w:t>
            </w:r>
            <w:proofErr w:type="spellStart"/>
            <w:r>
              <w:t>bedorven</w:t>
            </w:r>
            <w:proofErr w:type="spellEnd"/>
            <w:r>
              <w:t xml:space="preserve"> </w:t>
            </w:r>
            <w:proofErr w:type="spellStart"/>
            <w:r>
              <w:t>maag</w:t>
            </w:r>
            <w:proofErr w:type="spellEnd"/>
            <w:r>
              <w:t>?</w:t>
            </w:r>
          </w:p>
          <w:p w14:paraId="67B9AB8E" w14:textId="3A347457" w:rsidR="00227C02" w:rsidRDefault="00227C02"/>
        </w:tc>
        <w:tc>
          <w:tcPr>
            <w:tcW w:w="3224" w:type="dxa"/>
          </w:tcPr>
          <w:p w14:paraId="58F750FC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7215AF3B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1FA3054B" w14:textId="5362E5E9" w:rsidR="00227C02" w:rsidRDefault="00355308">
            <w:r>
              <w:t xml:space="preserve">Heb je </w:t>
            </w:r>
            <w:proofErr w:type="spellStart"/>
            <w:r>
              <w:t>meer</w:t>
            </w:r>
            <w:proofErr w:type="spellEnd"/>
            <w:r>
              <w:t xml:space="preserve"> </w:t>
            </w:r>
            <w:proofErr w:type="spellStart"/>
            <w:r>
              <w:t>moeite</w:t>
            </w:r>
            <w:proofErr w:type="spellEnd"/>
            <w:r>
              <w:t xml:space="preserve"> om van </w:t>
            </w:r>
            <w:proofErr w:type="spellStart"/>
            <w:r>
              <w:t>lichamelijke</w:t>
            </w:r>
            <w:proofErr w:type="spellEnd"/>
            <w:r>
              <w:t xml:space="preserve"> </w:t>
            </w:r>
            <w:proofErr w:type="spellStart"/>
            <w:r>
              <w:t>blessures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herstellen</w:t>
            </w:r>
            <w:proofErr w:type="spellEnd"/>
            <w:r>
              <w:t xml:space="preserve"> dan </w:t>
            </w:r>
            <w:proofErr w:type="spellStart"/>
            <w:r>
              <w:t>vroeger</w:t>
            </w:r>
            <w:proofErr w:type="spellEnd"/>
            <w:r>
              <w:t>?</w:t>
            </w:r>
          </w:p>
        </w:tc>
        <w:tc>
          <w:tcPr>
            <w:tcW w:w="3224" w:type="dxa"/>
          </w:tcPr>
          <w:p w14:paraId="4C0EE28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B254139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44F0683D" w14:textId="3A8A045C" w:rsidR="00AC22C4" w:rsidRDefault="00355308">
            <w:r>
              <w:t xml:space="preserve">Heb je </w:t>
            </w:r>
            <w:proofErr w:type="spellStart"/>
            <w:r>
              <w:t>onverklaarbare</w:t>
            </w:r>
            <w:proofErr w:type="spellEnd"/>
            <w:r>
              <w:t xml:space="preserve"> </w:t>
            </w:r>
            <w:proofErr w:type="spellStart"/>
            <w:r>
              <w:t>roze</w:t>
            </w:r>
            <w:proofErr w:type="spellEnd"/>
            <w:r>
              <w:t>/</w:t>
            </w:r>
            <w:proofErr w:type="spellStart"/>
            <w:r>
              <w:t>paars</w:t>
            </w:r>
            <w:r w:rsidR="00391C7C">
              <w:t>e</w:t>
            </w:r>
            <w:proofErr w:type="spellEnd"/>
            <w:r>
              <w:t xml:space="preserve"> </w:t>
            </w:r>
            <w:proofErr w:type="spellStart"/>
            <w:r>
              <w:t>striemen</w:t>
            </w:r>
            <w:proofErr w:type="spellEnd"/>
            <w:r>
              <w:t xml:space="preserve"> op je </w:t>
            </w:r>
            <w:proofErr w:type="spellStart"/>
            <w:r>
              <w:t>buik</w:t>
            </w:r>
            <w:proofErr w:type="spellEnd"/>
            <w:r>
              <w:t xml:space="preserve"> of rug?</w:t>
            </w:r>
          </w:p>
        </w:tc>
        <w:tc>
          <w:tcPr>
            <w:tcW w:w="3224" w:type="dxa"/>
          </w:tcPr>
          <w:p w14:paraId="55DBC519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5E3BC25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0F440C30" w14:textId="043F9853" w:rsidR="00AC22C4" w:rsidRDefault="00355308">
            <w:r>
              <w:t xml:space="preserve">Is je </w:t>
            </w:r>
            <w:proofErr w:type="spellStart"/>
            <w:r>
              <w:t>cyclus</w:t>
            </w:r>
            <w:proofErr w:type="spellEnd"/>
            <w:r>
              <w:t xml:space="preserve"> </w:t>
            </w:r>
            <w:proofErr w:type="spellStart"/>
            <w:r>
              <w:t>onregelmatig</w:t>
            </w:r>
            <w:proofErr w:type="spellEnd"/>
            <w:r>
              <w:t>? (</w:t>
            </w:r>
            <w:proofErr w:type="spellStart"/>
            <w:r>
              <w:t>korter</w:t>
            </w:r>
            <w:proofErr w:type="spellEnd"/>
            <w:r>
              <w:t xml:space="preserve"> dan 25 of </w:t>
            </w:r>
            <w:proofErr w:type="spellStart"/>
            <w:r>
              <w:t>langer</w:t>
            </w:r>
            <w:proofErr w:type="spellEnd"/>
            <w:r>
              <w:t xml:space="preserve"> dan 34 </w:t>
            </w:r>
            <w:proofErr w:type="spellStart"/>
            <w:r>
              <w:t>dagen</w:t>
            </w:r>
            <w:proofErr w:type="spellEnd"/>
            <w:r>
              <w:t>)</w:t>
            </w:r>
          </w:p>
        </w:tc>
        <w:tc>
          <w:tcPr>
            <w:tcW w:w="3224" w:type="dxa"/>
          </w:tcPr>
          <w:p w14:paraId="4094573E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8F627B3" w14:textId="77777777" w:rsidTr="009414FD">
        <w:trPr>
          <w:jc w:val="center"/>
        </w:trPr>
        <w:tc>
          <w:tcPr>
            <w:tcW w:w="7088" w:type="dxa"/>
            <w:shd w:val="clear" w:color="auto" w:fill="F6F4F0"/>
          </w:tcPr>
          <w:p w14:paraId="5CB58A04" w14:textId="5023C883" w:rsidR="00AC22C4" w:rsidRDefault="00355308">
            <w:r>
              <w:t xml:space="preserve">Is er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reden</w:t>
            </w:r>
            <w:proofErr w:type="spellEnd"/>
            <w:r>
              <w:t xml:space="preserve"> om </w:t>
            </w:r>
            <w:proofErr w:type="spellStart"/>
            <w:r>
              <w:t>verminderde</w:t>
            </w:r>
            <w:proofErr w:type="spellEnd"/>
            <w:r>
              <w:t xml:space="preserve"> </w:t>
            </w:r>
            <w:proofErr w:type="spellStart"/>
            <w:r>
              <w:t>vruchtbaarheid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nemen</w:t>
            </w:r>
            <w:proofErr w:type="spellEnd"/>
            <w:r>
              <w:t>?</w:t>
            </w:r>
          </w:p>
        </w:tc>
        <w:tc>
          <w:tcPr>
            <w:tcW w:w="3224" w:type="dxa"/>
          </w:tcPr>
          <w:p w14:paraId="3B7CAC98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</w:tbl>
    <w:p w14:paraId="658A8757" w14:textId="196C45B0" w:rsidR="00AC22C4" w:rsidRDefault="00AC22C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AC22C4" w14:paraId="05C5A4A6" w14:textId="77777777">
        <w:trPr>
          <w:jc w:val="center"/>
        </w:trPr>
        <w:tc>
          <w:tcPr>
            <w:tcW w:w="10312" w:type="dxa"/>
            <w:shd w:val="clear" w:color="auto" w:fill="A2A0DF"/>
          </w:tcPr>
          <w:p w14:paraId="0E76FC9C" w14:textId="77777777" w:rsidR="00AC22C4" w:rsidRDefault="00000000">
            <w:pPr>
              <w:jc w:val="center"/>
            </w:pPr>
            <w:r>
              <w:rPr>
                <w:b/>
                <w:sz w:val="30"/>
              </w:rPr>
              <w:t>Deel B</w:t>
            </w:r>
          </w:p>
        </w:tc>
      </w:tr>
    </w:tbl>
    <w:p w14:paraId="0A4A1BB8" w14:textId="77777777" w:rsidR="00AC22C4" w:rsidRDefault="00AC22C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0"/>
        <w:gridCol w:w="4642"/>
      </w:tblGrid>
      <w:tr w:rsidR="00AC22C4" w14:paraId="0F8DD1DD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17829F15" w14:textId="064E639F" w:rsidR="00AC22C4" w:rsidRDefault="00E96831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vermoeidheid</w:t>
            </w:r>
            <w:proofErr w:type="spellEnd"/>
            <w:r>
              <w:t xml:space="preserve"> of burn-out (</w:t>
            </w:r>
            <w:proofErr w:type="spellStart"/>
            <w:r>
              <w:t>denk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: </w:t>
            </w:r>
            <w:proofErr w:type="spellStart"/>
            <w:r>
              <w:t>koffie</w:t>
            </w:r>
            <w:proofErr w:type="spellEnd"/>
            <w:r>
              <w:t xml:space="preserve"> om je </w:t>
            </w:r>
            <w:proofErr w:type="spellStart"/>
            <w:r>
              <w:t>energie</w:t>
            </w:r>
            <w:proofErr w:type="spellEnd"/>
            <w:r>
              <w:t xml:space="preserve"> op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peppen</w:t>
            </w:r>
            <w:proofErr w:type="spellEnd"/>
            <w:r>
              <w:t xml:space="preserve">/in </w:t>
            </w:r>
            <w:proofErr w:type="spellStart"/>
            <w:r>
              <w:t>sl</w:t>
            </w:r>
            <w:r w:rsidR="00391C7C">
              <w:t>a</w:t>
            </w:r>
            <w:r>
              <w:t>ap</w:t>
            </w:r>
            <w:proofErr w:type="spellEnd"/>
            <w:r>
              <w:t xml:space="preserve"> </w:t>
            </w:r>
            <w:proofErr w:type="spellStart"/>
            <w:r>
              <w:t>vallen</w:t>
            </w:r>
            <w:proofErr w:type="spellEnd"/>
            <w:r>
              <w:t xml:space="preserve"> </w:t>
            </w:r>
            <w:proofErr w:type="spellStart"/>
            <w:r>
              <w:t>als</w:t>
            </w:r>
            <w:proofErr w:type="spellEnd"/>
            <w:r>
              <w:t xml:space="preserve"> je </w:t>
            </w:r>
            <w:proofErr w:type="spellStart"/>
            <w:r>
              <w:t>aan</w:t>
            </w:r>
            <w:proofErr w:type="spellEnd"/>
            <w:r>
              <w:t xml:space="preserve"> het </w:t>
            </w:r>
            <w:proofErr w:type="spellStart"/>
            <w:r>
              <w:t>lezen</w:t>
            </w:r>
            <w:proofErr w:type="spellEnd"/>
            <w:r>
              <w:t xml:space="preserve"> bent)</w:t>
            </w:r>
          </w:p>
          <w:p w14:paraId="58162A26" w14:textId="32D060F0" w:rsidR="00227C02" w:rsidRDefault="00227C02"/>
        </w:tc>
        <w:tc>
          <w:tcPr>
            <w:tcW w:w="4642" w:type="dxa"/>
          </w:tcPr>
          <w:p w14:paraId="655BD882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03E91EA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5039C6A2" w14:textId="08508F06" w:rsidR="00AC22C4" w:rsidRDefault="00E96831">
            <w:proofErr w:type="spellStart"/>
            <w:r>
              <w:t>Ervaa</w:t>
            </w:r>
            <w:r w:rsidR="00694AB0">
              <w:t>r</w:t>
            </w:r>
            <w:proofErr w:type="spellEnd"/>
            <w:r>
              <w:t xml:space="preserve"> je </w:t>
            </w:r>
            <w:proofErr w:type="spellStart"/>
            <w:r>
              <w:t>gebrek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conditie</w:t>
            </w:r>
            <w:proofErr w:type="spellEnd"/>
            <w:r>
              <w:t xml:space="preserve">, </w:t>
            </w:r>
            <w:proofErr w:type="spellStart"/>
            <w:r>
              <w:t>vooral</w:t>
            </w:r>
            <w:proofErr w:type="spellEnd"/>
            <w:r>
              <w:t xml:space="preserve"> </w:t>
            </w:r>
            <w:proofErr w:type="spellStart"/>
            <w:r>
              <w:t>tussen</w:t>
            </w:r>
            <w:proofErr w:type="spellEnd"/>
            <w:r>
              <w:t xml:space="preserve"> 14.00 </w:t>
            </w:r>
            <w:proofErr w:type="spellStart"/>
            <w:r>
              <w:t>en</w:t>
            </w:r>
            <w:proofErr w:type="spellEnd"/>
            <w:r>
              <w:t xml:space="preserve"> 17.00u</w:t>
            </w:r>
            <w:r w:rsidR="00694AB0">
              <w:t>?</w:t>
            </w:r>
          </w:p>
          <w:p w14:paraId="4EB8CE92" w14:textId="33CB538C" w:rsidR="00227C02" w:rsidRDefault="00227C02"/>
        </w:tc>
        <w:tc>
          <w:tcPr>
            <w:tcW w:w="4642" w:type="dxa"/>
          </w:tcPr>
          <w:p w14:paraId="22D9953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24EE8CB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5C864496" w14:textId="285A5B47" w:rsidR="00AC22C4" w:rsidRDefault="00694AB0">
            <w:r>
              <w:t xml:space="preserve">Heb je de </w:t>
            </w:r>
            <w:proofErr w:type="spellStart"/>
            <w:r>
              <w:t>neiging</w:t>
            </w:r>
            <w:proofErr w:type="spellEnd"/>
            <w:r>
              <w:t xml:space="preserve"> om </w:t>
            </w:r>
            <w:proofErr w:type="spellStart"/>
            <w:r>
              <w:t>dingen</w:t>
            </w:r>
            <w:proofErr w:type="spellEnd"/>
            <w:r>
              <w:t xml:space="preserve"> </w:t>
            </w:r>
            <w:proofErr w:type="spellStart"/>
            <w:r>
              <w:t>negatief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bekijken</w:t>
            </w:r>
            <w:proofErr w:type="spellEnd"/>
            <w:r w:rsidR="00391C7C">
              <w:t>?</w:t>
            </w:r>
          </w:p>
          <w:p w14:paraId="4B706831" w14:textId="7B36692A" w:rsidR="00227C02" w:rsidRDefault="00227C02"/>
        </w:tc>
        <w:tc>
          <w:tcPr>
            <w:tcW w:w="4642" w:type="dxa"/>
          </w:tcPr>
          <w:p w14:paraId="325A03C2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48BAC67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3A8D0DF1" w14:textId="77777777" w:rsidR="00AC22C4" w:rsidRDefault="00694AB0">
            <w:r>
              <w:t xml:space="preserve">Heb je </w:t>
            </w:r>
            <w:proofErr w:type="spellStart"/>
            <w:r>
              <w:t>huilbuien</w:t>
            </w:r>
            <w:proofErr w:type="spellEnd"/>
            <w:r>
              <w:t xml:space="preserve"> </w:t>
            </w:r>
            <w:proofErr w:type="spellStart"/>
            <w:r>
              <w:t>zonder</w:t>
            </w:r>
            <w:proofErr w:type="spellEnd"/>
            <w:r>
              <w:t xml:space="preserve"> </w:t>
            </w:r>
            <w:proofErr w:type="spellStart"/>
            <w:r>
              <w:t>specifieke</w:t>
            </w:r>
            <w:proofErr w:type="spellEnd"/>
            <w:r>
              <w:t xml:space="preserve"> </w:t>
            </w:r>
            <w:proofErr w:type="spellStart"/>
            <w:r>
              <w:t>reden</w:t>
            </w:r>
            <w:proofErr w:type="spellEnd"/>
            <w:r>
              <w:t>?</w:t>
            </w:r>
          </w:p>
          <w:p w14:paraId="684579E0" w14:textId="4A110EE5" w:rsidR="00227C02" w:rsidRDefault="00227C02"/>
        </w:tc>
        <w:tc>
          <w:tcPr>
            <w:tcW w:w="4642" w:type="dxa"/>
          </w:tcPr>
          <w:p w14:paraId="4C61872D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A9F747A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10632CEF" w14:textId="77777777" w:rsidR="00AC22C4" w:rsidRDefault="00694AB0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verminderd</w:t>
            </w:r>
            <w:proofErr w:type="spellEnd"/>
            <w:r>
              <w:t xml:space="preserve"> </w:t>
            </w:r>
            <w:proofErr w:type="spellStart"/>
            <w:r>
              <w:t>probleemoplossend</w:t>
            </w:r>
            <w:proofErr w:type="spellEnd"/>
            <w:r>
              <w:t xml:space="preserve"> </w:t>
            </w:r>
            <w:proofErr w:type="spellStart"/>
            <w:r>
              <w:t>vermogen</w:t>
            </w:r>
            <w:proofErr w:type="spellEnd"/>
            <w:r>
              <w:t>?</w:t>
            </w:r>
          </w:p>
          <w:p w14:paraId="0D61CA35" w14:textId="1385E200" w:rsidR="00227C02" w:rsidRDefault="00227C02"/>
        </w:tc>
        <w:tc>
          <w:tcPr>
            <w:tcW w:w="4642" w:type="dxa"/>
          </w:tcPr>
          <w:p w14:paraId="7B96FE1C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7B3BB4D2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17902852" w14:textId="37B25C28" w:rsidR="00AC22C4" w:rsidRDefault="00694AB0">
            <w:r>
              <w:t xml:space="preserve">Voel je </w:t>
            </w:r>
            <w:proofErr w:type="spellStart"/>
            <w:r>
              <w:t>je</w:t>
            </w:r>
            <w:proofErr w:type="spellEnd"/>
            <w:r>
              <w:t xml:space="preserve"> </w:t>
            </w:r>
            <w:proofErr w:type="spellStart"/>
            <w:r w:rsidR="00391C7C">
              <w:t>m</w:t>
            </w:r>
            <w:r>
              <w:t>eestal</w:t>
            </w:r>
            <w:proofErr w:type="spellEnd"/>
            <w:r>
              <w:t xml:space="preserve"> </w:t>
            </w:r>
            <w:proofErr w:type="spellStart"/>
            <w:r>
              <w:t>gestresst</w:t>
            </w:r>
            <w:proofErr w:type="spellEnd"/>
            <w:r>
              <w:t xml:space="preserve">? </w:t>
            </w:r>
            <w:proofErr w:type="spellStart"/>
            <w:r>
              <w:t>Lijkt</w:t>
            </w:r>
            <w:proofErr w:type="spellEnd"/>
            <w:r>
              <w:t xml:space="preserve"> </w:t>
            </w:r>
            <w:proofErr w:type="spellStart"/>
            <w:r>
              <w:t>alles</w:t>
            </w:r>
            <w:proofErr w:type="spellEnd"/>
            <w:r>
              <w:t xml:space="preserve"> </w:t>
            </w:r>
            <w:proofErr w:type="spellStart"/>
            <w:r>
              <w:t>moeilijker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gaan</w:t>
            </w:r>
            <w:proofErr w:type="spellEnd"/>
            <w:r>
              <w:t xml:space="preserve"> dan </w:t>
            </w:r>
            <w:proofErr w:type="spellStart"/>
            <w:r>
              <w:t>voorheen</w:t>
            </w:r>
            <w:proofErr w:type="spellEnd"/>
            <w:r>
              <w:t xml:space="preserve"> of </w:t>
            </w:r>
            <w:proofErr w:type="spellStart"/>
            <w:r>
              <w:t>heb</w:t>
            </w:r>
            <w:proofErr w:type="spellEnd"/>
            <w:r>
              <w:t xml:space="preserve"> </w:t>
            </w:r>
            <w:proofErr w:type="spellStart"/>
            <w:r>
              <w:t>jij</w:t>
            </w:r>
            <w:proofErr w:type="spellEnd"/>
            <w:r>
              <w:t xml:space="preserve"> </w:t>
            </w:r>
            <w:proofErr w:type="spellStart"/>
            <w:r>
              <w:t>meer</w:t>
            </w:r>
            <w:proofErr w:type="spellEnd"/>
            <w:r>
              <w:t xml:space="preserve"> </w:t>
            </w:r>
            <w:proofErr w:type="spellStart"/>
            <w:r>
              <w:t>moeite</w:t>
            </w:r>
            <w:proofErr w:type="spellEnd"/>
            <w:r>
              <w:t xml:space="preserve"> </w:t>
            </w:r>
            <w:proofErr w:type="spellStart"/>
            <w:r>
              <w:t>ermee</w:t>
            </w:r>
            <w:proofErr w:type="spellEnd"/>
            <w:r>
              <w:t xml:space="preserve"> om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gaan</w:t>
            </w:r>
            <w:proofErr w:type="spellEnd"/>
            <w:r>
              <w:t>?</w:t>
            </w:r>
          </w:p>
          <w:p w14:paraId="0244535A" w14:textId="4AA3A215" w:rsidR="00227C02" w:rsidRDefault="00227C02"/>
        </w:tc>
        <w:tc>
          <w:tcPr>
            <w:tcW w:w="4642" w:type="dxa"/>
          </w:tcPr>
          <w:p w14:paraId="123E4DCF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7B6E0CD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7167313B" w14:textId="70B6AA2F" w:rsidR="00AC22C4" w:rsidRDefault="00000000">
            <w:r>
              <w:t xml:space="preserve"> </w:t>
            </w:r>
            <w:r w:rsidR="00694AB0">
              <w:t xml:space="preserve">Heb je last van </w:t>
            </w:r>
            <w:proofErr w:type="spellStart"/>
            <w:r w:rsidR="00694AB0">
              <w:t>slapeloosheid</w:t>
            </w:r>
            <w:proofErr w:type="spellEnd"/>
            <w:r w:rsidR="00694AB0">
              <w:t xml:space="preserve"> of </w:t>
            </w:r>
            <w:proofErr w:type="spellStart"/>
            <w:r w:rsidR="00694AB0">
              <w:t>moeite</w:t>
            </w:r>
            <w:proofErr w:type="spellEnd"/>
            <w:r w:rsidR="00694AB0">
              <w:t xml:space="preserve"> met </w:t>
            </w:r>
            <w:proofErr w:type="spellStart"/>
            <w:r w:rsidR="00694AB0">
              <w:t>doorslapen</w:t>
            </w:r>
            <w:proofErr w:type="spellEnd"/>
            <w:r w:rsidR="00694AB0">
              <w:t xml:space="preserve">, </w:t>
            </w:r>
            <w:proofErr w:type="spellStart"/>
            <w:r w:rsidR="00694AB0">
              <w:t>vooral</w:t>
            </w:r>
            <w:proofErr w:type="spellEnd"/>
            <w:r w:rsidR="00694AB0">
              <w:t xml:space="preserve"> </w:t>
            </w:r>
            <w:proofErr w:type="spellStart"/>
            <w:r w:rsidR="00694AB0">
              <w:t>tussen</w:t>
            </w:r>
            <w:proofErr w:type="spellEnd"/>
            <w:r w:rsidR="00694AB0">
              <w:t xml:space="preserve"> 1.00u </w:t>
            </w:r>
            <w:proofErr w:type="spellStart"/>
            <w:r w:rsidR="00694AB0">
              <w:t>en</w:t>
            </w:r>
            <w:proofErr w:type="spellEnd"/>
            <w:r w:rsidR="00694AB0">
              <w:t xml:space="preserve"> 4.00u </w:t>
            </w:r>
            <w:r w:rsidR="00391C7C">
              <w:t>‘</w:t>
            </w:r>
            <w:proofErr w:type="spellStart"/>
            <w:r w:rsidR="00694AB0">
              <w:t>snachts</w:t>
            </w:r>
            <w:proofErr w:type="spellEnd"/>
            <w:r w:rsidR="00694AB0">
              <w:t>?</w:t>
            </w:r>
          </w:p>
          <w:p w14:paraId="3C94DD17" w14:textId="5CF990B1" w:rsidR="00227C02" w:rsidRDefault="00227C02"/>
        </w:tc>
        <w:tc>
          <w:tcPr>
            <w:tcW w:w="4642" w:type="dxa"/>
          </w:tcPr>
          <w:p w14:paraId="35F29E7D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A8F8C45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760EAB88" w14:textId="77777777" w:rsidR="00AC22C4" w:rsidRDefault="00694AB0">
            <w:r>
              <w:t xml:space="preserve">Heb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lage</w:t>
            </w:r>
            <w:proofErr w:type="spellEnd"/>
            <w:r>
              <w:t xml:space="preserve"> </w:t>
            </w:r>
            <w:proofErr w:type="spellStart"/>
            <w:r>
              <w:t>bloeddruk</w:t>
            </w:r>
            <w:proofErr w:type="spellEnd"/>
            <w:r>
              <w:t>?</w:t>
            </w:r>
          </w:p>
          <w:p w14:paraId="7DDAE592" w14:textId="16128F03" w:rsidR="00227C02" w:rsidRDefault="00227C02"/>
        </w:tc>
        <w:tc>
          <w:tcPr>
            <w:tcW w:w="4642" w:type="dxa"/>
          </w:tcPr>
          <w:p w14:paraId="51A60EB8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9789AFA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0303AE27" w14:textId="77777777" w:rsidR="00AC22C4" w:rsidRDefault="00694AB0">
            <w:r>
              <w:t xml:space="preserve">Heb je last van </w:t>
            </w:r>
            <w:proofErr w:type="spellStart"/>
            <w:r>
              <w:t>houdingsgevoelige</w:t>
            </w:r>
            <w:proofErr w:type="spellEnd"/>
            <w:r>
              <w:t xml:space="preserve"> </w:t>
            </w:r>
            <w:proofErr w:type="spellStart"/>
            <w:r>
              <w:t>lage</w:t>
            </w:r>
            <w:proofErr w:type="spellEnd"/>
            <w:r>
              <w:t xml:space="preserve"> </w:t>
            </w:r>
            <w:proofErr w:type="spellStart"/>
            <w:r>
              <w:t>bloeddruk</w:t>
            </w:r>
            <w:proofErr w:type="spellEnd"/>
            <w:r>
              <w:t>?</w:t>
            </w:r>
          </w:p>
          <w:p w14:paraId="200534B2" w14:textId="24F4D63F" w:rsidR="00227C02" w:rsidRDefault="00227C02"/>
        </w:tc>
        <w:tc>
          <w:tcPr>
            <w:tcW w:w="4642" w:type="dxa"/>
          </w:tcPr>
          <w:p w14:paraId="02C34D49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4C28768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1959430F" w14:textId="77777777" w:rsidR="00AC22C4" w:rsidRDefault="00694AB0">
            <w:r>
              <w:t xml:space="preserve">Heb je </w:t>
            </w:r>
            <w:proofErr w:type="spellStart"/>
            <w:r>
              <w:t>moeite</w:t>
            </w:r>
            <w:proofErr w:type="spellEnd"/>
            <w:r>
              <w:t xml:space="preserve"> met het </w:t>
            </w:r>
            <w:proofErr w:type="spellStart"/>
            <w:r>
              <w:t>afweren</w:t>
            </w:r>
            <w:proofErr w:type="spellEnd"/>
            <w:r>
              <w:t xml:space="preserve"> van </w:t>
            </w:r>
            <w:proofErr w:type="spellStart"/>
            <w:r>
              <w:t>infecties</w:t>
            </w:r>
            <w:proofErr w:type="spellEnd"/>
            <w:r>
              <w:t>?</w:t>
            </w:r>
            <w:r>
              <w:br/>
              <w:t xml:space="preserve">Heb je </w:t>
            </w:r>
            <w:proofErr w:type="spellStart"/>
            <w:r>
              <w:t>moeite</w:t>
            </w:r>
            <w:proofErr w:type="spellEnd"/>
            <w:r>
              <w:t xml:space="preserve"> met het </w:t>
            </w:r>
            <w:proofErr w:type="spellStart"/>
            <w:r>
              <w:t>herstellen</w:t>
            </w:r>
            <w:proofErr w:type="spellEnd"/>
            <w:r>
              <w:t xml:space="preserve"> van </w:t>
            </w:r>
            <w:proofErr w:type="spellStart"/>
            <w:r>
              <w:t>ziekte</w:t>
            </w:r>
            <w:proofErr w:type="spellEnd"/>
            <w:r>
              <w:t xml:space="preserve"> of met het </w:t>
            </w:r>
            <w:proofErr w:type="spellStart"/>
            <w:r>
              <w:t>genezen</w:t>
            </w:r>
            <w:proofErr w:type="spellEnd"/>
            <w:r>
              <w:t xml:space="preserve"> van </w:t>
            </w:r>
            <w:proofErr w:type="spellStart"/>
            <w:r>
              <w:t>wonden</w:t>
            </w:r>
            <w:proofErr w:type="spellEnd"/>
            <w:r>
              <w:t>?</w:t>
            </w:r>
          </w:p>
          <w:p w14:paraId="42DE17CE" w14:textId="14F4C609" w:rsidR="00227C02" w:rsidRDefault="00227C02"/>
        </w:tc>
        <w:tc>
          <w:tcPr>
            <w:tcW w:w="4642" w:type="dxa"/>
          </w:tcPr>
          <w:p w14:paraId="5D44000B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4568F42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05D1595B" w14:textId="2C1B0FE0" w:rsidR="00AC22C4" w:rsidRDefault="00694AB0">
            <w:r>
              <w:t xml:space="preserve">Heb je </w:t>
            </w:r>
            <w:proofErr w:type="gramStart"/>
            <w:r>
              <w:t>last  van</w:t>
            </w:r>
            <w:proofErr w:type="gramEnd"/>
            <w:r>
              <w:t xml:space="preserve"> </w:t>
            </w:r>
            <w:proofErr w:type="spellStart"/>
            <w:r>
              <w:t>astma</w:t>
            </w:r>
            <w:proofErr w:type="spellEnd"/>
            <w:r>
              <w:t xml:space="preserve">, bronchitis, </w:t>
            </w:r>
            <w:proofErr w:type="spellStart"/>
            <w:r>
              <w:t>chronische</w:t>
            </w:r>
            <w:proofErr w:type="spellEnd"/>
            <w:r>
              <w:t xml:space="preserve"> </w:t>
            </w:r>
            <w:proofErr w:type="spellStart"/>
            <w:r>
              <w:t>hoest</w:t>
            </w:r>
            <w:proofErr w:type="spellEnd"/>
            <w:r>
              <w:t xml:space="preserve"> of </w:t>
            </w:r>
            <w:proofErr w:type="spellStart"/>
            <w:r>
              <w:t>allergieen</w:t>
            </w:r>
            <w:proofErr w:type="spellEnd"/>
            <w:r>
              <w:t>?</w:t>
            </w:r>
          </w:p>
        </w:tc>
        <w:tc>
          <w:tcPr>
            <w:tcW w:w="4642" w:type="dxa"/>
          </w:tcPr>
          <w:p w14:paraId="4B5DB0DB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C0D33BF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67C2BEAD" w14:textId="785FB3AF" w:rsidR="00AC22C4" w:rsidRDefault="00694AB0">
            <w:r>
              <w:t xml:space="preserve">Heb je last van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lage</w:t>
            </w:r>
            <w:proofErr w:type="spellEnd"/>
            <w:r>
              <w:t xml:space="preserve"> of </w:t>
            </w:r>
            <w:proofErr w:type="spellStart"/>
            <w:r>
              <w:t>onstabiele</w:t>
            </w:r>
            <w:proofErr w:type="spellEnd"/>
            <w:r>
              <w:t xml:space="preserve"> </w:t>
            </w:r>
            <w:proofErr w:type="spellStart"/>
            <w:r>
              <w:t>bloedsuikerspiegel</w:t>
            </w:r>
            <w:proofErr w:type="spellEnd"/>
            <w:r>
              <w:t>?</w:t>
            </w:r>
          </w:p>
        </w:tc>
        <w:tc>
          <w:tcPr>
            <w:tcW w:w="4642" w:type="dxa"/>
          </w:tcPr>
          <w:p w14:paraId="3519DBAC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77677C2E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6186ED31" w14:textId="65656FF0" w:rsidR="00AC22C4" w:rsidRDefault="00694AB0">
            <w:r>
              <w:t xml:space="preserve">Heb je cravings </w:t>
            </w:r>
            <w:proofErr w:type="spellStart"/>
            <w:r>
              <w:t>naar</w:t>
            </w:r>
            <w:proofErr w:type="spellEnd"/>
            <w:r>
              <w:t xml:space="preserve"> </w:t>
            </w:r>
            <w:proofErr w:type="spellStart"/>
            <w:r>
              <w:t>zout</w:t>
            </w:r>
            <w:proofErr w:type="spellEnd"/>
            <w:r>
              <w:t>?</w:t>
            </w:r>
          </w:p>
        </w:tc>
        <w:tc>
          <w:tcPr>
            <w:tcW w:w="4642" w:type="dxa"/>
          </w:tcPr>
          <w:p w14:paraId="10466398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77D2034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5813F93B" w14:textId="7C4E3FC8" w:rsidR="00AC22C4" w:rsidRDefault="00694AB0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overmatig</w:t>
            </w:r>
            <w:proofErr w:type="spellEnd"/>
            <w:r>
              <w:t xml:space="preserve"> </w:t>
            </w:r>
            <w:proofErr w:type="spellStart"/>
            <w:r>
              <w:t>transpireren</w:t>
            </w:r>
            <w:proofErr w:type="spellEnd"/>
            <w:r>
              <w:t>?</w:t>
            </w:r>
          </w:p>
        </w:tc>
        <w:tc>
          <w:tcPr>
            <w:tcW w:w="4642" w:type="dxa"/>
          </w:tcPr>
          <w:p w14:paraId="114D247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76286FE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76495A75" w14:textId="6F09EEAC" w:rsidR="00AC22C4" w:rsidRDefault="00694AB0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misselijkheid</w:t>
            </w:r>
            <w:proofErr w:type="spellEnd"/>
            <w:r>
              <w:t xml:space="preserve">, </w:t>
            </w:r>
            <w:proofErr w:type="spellStart"/>
            <w:r>
              <w:t>overgeven</w:t>
            </w:r>
            <w:proofErr w:type="spellEnd"/>
            <w:r>
              <w:t xml:space="preserve"> of </w:t>
            </w:r>
            <w:proofErr w:type="spellStart"/>
            <w:r>
              <w:t>diarree</w:t>
            </w:r>
            <w:proofErr w:type="spellEnd"/>
            <w:r>
              <w:t xml:space="preserve">? Ga je minder dan 1x per </w:t>
            </w:r>
            <w:proofErr w:type="spellStart"/>
            <w:r>
              <w:t>dag</w:t>
            </w:r>
            <w:proofErr w:type="spellEnd"/>
            <w:r>
              <w:t xml:space="preserve"> </w:t>
            </w:r>
            <w:proofErr w:type="spellStart"/>
            <w:r>
              <w:t>naar</w:t>
            </w:r>
            <w:proofErr w:type="spellEnd"/>
            <w:r>
              <w:t xml:space="preserve"> het toilet? Of </w:t>
            </w:r>
            <w:proofErr w:type="spellStart"/>
            <w:r>
              <w:t>heb</w:t>
            </w:r>
            <w:proofErr w:type="spellEnd"/>
            <w:r>
              <w:t xml:space="preserve"> je </w:t>
            </w:r>
            <w:proofErr w:type="spellStart"/>
            <w:r>
              <w:t>wisselende</w:t>
            </w:r>
            <w:proofErr w:type="spellEnd"/>
            <w:r>
              <w:t xml:space="preserve"> </w:t>
            </w:r>
            <w:proofErr w:type="spellStart"/>
            <w:r>
              <w:t>ontlasting</w:t>
            </w:r>
            <w:proofErr w:type="spellEnd"/>
            <w:r>
              <w:t>?</w:t>
            </w:r>
          </w:p>
        </w:tc>
        <w:tc>
          <w:tcPr>
            <w:tcW w:w="4642" w:type="dxa"/>
          </w:tcPr>
          <w:p w14:paraId="77202619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1E21EE2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09E18622" w14:textId="066E8304" w:rsidR="00AC22C4" w:rsidRDefault="00694AB0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spierzwakte</w:t>
            </w:r>
            <w:proofErr w:type="spellEnd"/>
            <w:r>
              <w:t xml:space="preserve">, met name </w:t>
            </w:r>
            <w:proofErr w:type="spellStart"/>
            <w:r>
              <w:t>rond</w:t>
            </w:r>
            <w:proofErr w:type="spellEnd"/>
            <w:r>
              <w:t xml:space="preserve"> de </w:t>
            </w:r>
            <w:proofErr w:type="spellStart"/>
            <w:r>
              <w:t>knieen</w:t>
            </w:r>
            <w:proofErr w:type="spellEnd"/>
            <w:r>
              <w:t xml:space="preserve">? </w:t>
            </w:r>
            <w:proofErr w:type="spellStart"/>
            <w:r>
              <w:t>Spierpijn</w:t>
            </w:r>
            <w:proofErr w:type="spellEnd"/>
            <w:r>
              <w:t xml:space="preserve"> of </w:t>
            </w:r>
            <w:proofErr w:type="spellStart"/>
            <w:r>
              <w:t>gewrichtspijn</w:t>
            </w:r>
            <w:proofErr w:type="spellEnd"/>
            <w:r>
              <w:t>?</w:t>
            </w:r>
          </w:p>
        </w:tc>
        <w:tc>
          <w:tcPr>
            <w:tcW w:w="4642" w:type="dxa"/>
          </w:tcPr>
          <w:p w14:paraId="2BE3813F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FC25A62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6AC7AB80" w14:textId="18121B08" w:rsidR="00AC22C4" w:rsidRDefault="00694AB0">
            <w:r>
              <w:t xml:space="preserve">Heb je last van </w:t>
            </w:r>
            <w:proofErr w:type="spellStart"/>
            <w:r>
              <w:t>aam</w:t>
            </w:r>
            <w:r w:rsidR="00391C7C">
              <w:t>b</w:t>
            </w:r>
            <w:r>
              <w:t>eien</w:t>
            </w:r>
            <w:proofErr w:type="spellEnd"/>
            <w:r>
              <w:t xml:space="preserve"> of </w:t>
            </w:r>
            <w:proofErr w:type="spellStart"/>
            <w:r>
              <w:t>spataderen</w:t>
            </w:r>
            <w:proofErr w:type="spellEnd"/>
            <w:r>
              <w:t>?</w:t>
            </w:r>
          </w:p>
        </w:tc>
        <w:tc>
          <w:tcPr>
            <w:tcW w:w="4642" w:type="dxa"/>
          </w:tcPr>
          <w:p w14:paraId="090B40D1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E8DC764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2E122DE1" w14:textId="3B949EFA" w:rsidR="00AC22C4" w:rsidRDefault="00694AB0">
            <w:r>
              <w:t xml:space="preserve">Heb je </w:t>
            </w:r>
            <w:proofErr w:type="spellStart"/>
            <w:r>
              <w:t>snel</w:t>
            </w:r>
            <w:proofErr w:type="spellEnd"/>
            <w:r>
              <w:t xml:space="preserve"> </w:t>
            </w:r>
            <w:proofErr w:type="spellStart"/>
            <w:r>
              <w:t>blauwe</w:t>
            </w:r>
            <w:proofErr w:type="spellEnd"/>
            <w:r>
              <w:t xml:space="preserve"> </w:t>
            </w:r>
            <w:proofErr w:type="spellStart"/>
            <w:r>
              <w:t>plekken</w:t>
            </w:r>
            <w:proofErr w:type="spellEnd"/>
            <w:r>
              <w:t>?</w:t>
            </w:r>
          </w:p>
        </w:tc>
        <w:tc>
          <w:tcPr>
            <w:tcW w:w="4642" w:type="dxa"/>
          </w:tcPr>
          <w:p w14:paraId="0A76E722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F64AAB4" w14:textId="77777777" w:rsidTr="00694AB0">
        <w:trPr>
          <w:jc w:val="center"/>
        </w:trPr>
        <w:tc>
          <w:tcPr>
            <w:tcW w:w="5670" w:type="dxa"/>
            <w:shd w:val="clear" w:color="auto" w:fill="F6F4F0"/>
          </w:tcPr>
          <w:p w14:paraId="7026F81B" w14:textId="33643466" w:rsidR="00AC22C4" w:rsidRDefault="00694AB0">
            <w:r>
              <w:t xml:space="preserve">Ben je </w:t>
            </w:r>
            <w:proofErr w:type="spellStart"/>
            <w:r>
              <w:t>bekend</w:t>
            </w:r>
            <w:proofErr w:type="spellEnd"/>
            <w:r>
              <w:t xml:space="preserve"> met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schildklierprobleem</w:t>
            </w:r>
            <w:proofErr w:type="spellEnd"/>
            <w:r>
              <w:t xml:space="preserve">, </w:t>
            </w:r>
            <w:proofErr w:type="spellStart"/>
            <w:r>
              <w:t>waarvoor</w:t>
            </w:r>
            <w:proofErr w:type="spellEnd"/>
            <w:r>
              <w:t xml:space="preserve"> je bent </w:t>
            </w:r>
            <w:proofErr w:type="spellStart"/>
            <w:r>
              <w:t>behandeld</w:t>
            </w:r>
            <w:proofErr w:type="spellEnd"/>
            <w:r>
              <w:t xml:space="preserve">? </w:t>
            </w:r>
            <w:proofErr w:type="spellStart"/>
            <w:r>
              <w:t>Voelde</w:t>
            </w:r>
            <w:proofErr w:type="spellEnd"/>
            <w:r>
              <w:t xml:space="preserve"> je </w:t>
            </w:r>
            <w:proofErr w:type="spellStart"/>
            <w:r>
              <w:t>je</w:t>
            </w:r>
            <w:proofErr w:type="spellEnd"/>
            <w:r>
              <w:t xml:space="preserve"> </w:t>
            </w:r>
            <w:proofErr w:type="spellStart"/>
            <w:r>
              <w:t>beter</w:t>
            </w:r>
            <w:proofErr w:type="spellEnd"/>
            <w:r>
              <w:t xml:space="preserve">, maar </w:t>
            </w:r>
            <w:proofErr w:type="spellStart"/>
            <w:r>
              <w:t>ervaar</w:t>
            </w:r>
            <w:proofErr w:type="spellEnd"/>
            <w:r>
              <w:t xml:space="preserve"> je plots </w:t>
            </w:r>
            <w:proofErr w:type="spellStart"/>
            <w:r>
              <w:t>hartkloppingen</w:t>
            </w:r>
            <w:proofErr w:type="spellEnd"/>
            <w:r>
              <w:t xml:space="preserve"> of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snelle</w:t>
            </w:r>
            <w:proofErr w:type="spellEnd"/>
            <w:r>
              <w:t>/</w:t>
            </w:r>
            <w:proofErr w:type="spellStart"/>
            <w:r>
              <w:t>onregelmatige</w:t>
            </w:r>
            <w:proofErr w:type="spellEnd"/>
            <w:r>
              <w:t xml:space="preserve"> </w:t>
            </w:r>
            <w:proofErr w:type="spellStart"/>
            <w:r>
              <w:t>hartslag</w:t>
            </w:r>
            <w:proofErr w:type="spellEnd"/>
            <w:r>
              <w:t>?</w:t>
            </w:r>
          </w:p>
        </w:tc>
        <w:tc>
          <w:tcPr>
            <w:tcW w:w="4642" w:type="dxa"/>
          </w:tcPr>
          <w:p w14:paraId="2209072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</w:tbl>
    <w:p w14:paraId="63F58A10" w14:textId="77777777" w:rsidR="00AC22C4" w:rsidRDefault="00000000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AC22C4" w14:paraId="6FDCA57D" w14:textId="77777777">
        <w:trPr>
          <w:jc w:val="center"/>
        </w:trPr>
        <w:tc>
          <w:tcPr>
            <w:tcW w:w="10312" w:type="dxa"/>
            <w:shd w:val="clear" w:color="auto" w:fill="A2A0DF"/>
          </w:tcPr>
          <w:p w14:paraId="5DBE7D60" w14:textId="77777777" w:rsidR="00AC22C4" w:rsidRDefault="00000000">
            <w:pPr>
              <w:jc w:val="center"/>
            </w:pPr>
            <w:r>
              <w:rPr>
                <w:b/>
                <w:sz w:val="30"/>
              </w:rPr>
              <w:lastRenderedPageBreak/>
              <w:t>Deel C</w:t>
            </w:r>
          </w:p>
        </w:tc>
      </w:tr>
    </w:tbl>
    <w:p w14:paraId="7EC58F89" w14:textId="77777777" w:rsidR="00AC22C4" w:rsidRDefault="00AC22C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521"/>
        <w:gridCol w:w="3791"/>
      </w:tblGrid>
      <w:tr w:rsidR="00AC22C4" w14:paraId="4EEAFDD4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7587AC53" w14:textId="77777777" w:rsidR="00AC22C4" w:rsidRDefault="0033258B">
            <w:r>
              <w:t xml:space="preserve">Heb je last van </w:t>
            </w:r>
            <w:proofErr w:type="spellStart"/>
            <w:r>
              <w:t>prikkelbaarheid</w:t>
            </w:r>
            <w:proofErr w:type="spellEnd"/>
            <w:r>
              <w:t xml:space="preserve"> of PMS?</w:t>
            </w:r>
          </w:p>
          <w:p w14:paraId="7C2086F5" w14:textId="54B9E4CA" w:rsidR="00A72223" w:rsidRDefault="00A72223"/>
        </w:tc>
        <w:tc>
          <w:tcPr>
            <w:tcW w:w="3791" w:type="dxa"/>
          </w:tcPr>
          <w:p w14:paraId="06E65F84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9D1A221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7B5E2023" w14:textId="77777777" w:rsidR="00AC22C4" w:rsidRDefault="0033258B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maandelijks</w:t>
            </w:r>
            <w:proofErr w:type="spellEnd"/>
            <w:r>
              <w:t xml:space="preserve"> </w:t>
            </w:r>
            <w:proofErr w:type="spellStart"/>
            <w:r>
              <w:t>terugkerende</w:t>
            </w:r>
            <w:proofErr w:type="spellEnd"/>
            <w:r>
              <w:t xml:space="preserve"> </w:t>
            </w:r>
            <w:proofErr w:type="spellStart"/>
            <w:r>
              <w:t>hoofdpijn</w:t>
            </w:r>
            <w:proofErr w:type="spellEnd"/>
            <w:r>
              <w:t xml:space="preserve">? Of </w:t>
            </w:r>
            <w:proofErr w:type="gramStart"/>
            <w:r>
              <w:t>migraine</w:t>
            </w:r>
            <w:proofErr w:type="gramEnd"/>
            <w:r>
              <w:t>?</w:t>
            </w:r>
          </w:p>
          <w:p w14:paraId="281894AB" w14:textId="6E33C3C3" w:rsidR="00A72223" w:rsidRDefault="00A72223"/>
        </w:tc>
        <w:tc>
          <w:tcPr>
            <w:tcW w:w="3791" w:type="dxa"/>
          </w:tcPr>
          <w:p w14:paraId="520C381D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DFF3FC0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5D9A9100" w14:textId="77777777" w:rsidR="00AC22C4" w:rsidRDefault="0033258B">
            <w:r>
              <w:t xml:space="preserve">Heb je in week 4 </w:t>
            </w:r>
            <w:proofErr w:type="spellStart"/>
            <w:r>
              <w:t>pijnlijke</w:t>
            </w:r>
            <w:proofErr w:type="spellEnd"/>
            <w:r>
              <w:t xml:space="preserve"> of </w:t>
            </w:r>
            <w:proofErr w:type="spellStart"/>
            <w:r>
              <w:t>gezwolle</w:t>
            </w:r>
            <w:proofErr w:type="spellEnd"/>
            <w:r>
              <w:t xml:space="preserve"> </w:t>
            </w:r>
            <w:proofErr w:type="spellStart"/>
            <w:r>
              <w:t>borsten</w:t>
            </w:r>
            <w:proofErr w:type="spellEnd"/>
            <w:r>
              <w:t>?</w:t>
            </w:r>
          </w:p>
          <w:p w14:paraId="3A458D8D" w14:textId="17BB07E6" w:rsidR="00A72223" w:rsidRDefault="00A72223"/>
        </w:tc>
        <w:tc>
          <w:tcPr>
            <w:tcW w:w="3791" w:type="dxa"/>
          </w:tcPr>
          <w:p w14:paraId="19543197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E497C95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234582F5" w14:textId="77777777" w:rsidR="00AC22C4" w:rsidRDefault="0033258B">
            <w:r>
              <w:t xml:space="preserve">Heb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onregelmatige</w:t>
            </w:r>
            <w:proofErr w:type="spellEnd"/>
            <w:r>
              <w:t xml:space="preserve"> </w:t>
            </w:r>
            <w:proofErr w:type="spellStart"/>
            <w:r>
              <w:t>menstruatie</w:t>
            </w:r>
            <w:proofErr w:type="spellEnd"/>
            <w:r>
              <w:t xml:space="preserve"> of </w:t>
            </w:r>
            <w:proofErr w:type="spellStart"/>
            <w:r>
              <w:t>menstruatie</w:t>
            </w:r>
            <w:proofErr w:type="spellEnd"/>
            <w:r>
              <w:t xml:space="preserve"> die </w:t>
            </w:r>
            <w:proofErr w:type="spellStart"/>
            <w:r>
              <w:t>vaker</w:t>
            </w:r>
            <w:proofErr w:type="spellEnd"/>
            <w:r>
              <w:t xml:space="preserve"> </w:t>
            </w:r>
            <w:proofErr w:type="spellStart"/>
            <w:r>
              <w:t>komt</w:t>
            </w:r>
            <w:proofErr w:type="spellEnd"/>
            <w:r>
              <w:t xml:space="preserve"> met het </w:t>
            </w:r>
            <w:proofErr w:type="spellStart"/>
            <w:r>
              <w:t>stijgen</w:t>
            </w:r>
            <w:proofErr w:type="spellEnd"/>
            <w:r>
              <w:t xml:space="preserve"> van je </w:t>
            </w:r>
            <w:proofErr w:type="spellStart"/>
            <w:r>
              <w:t>leeftijd</w:t>
            </w:r>
            <w:proofErr w:type="spellEnd"/>
            <w:r>
              <w:t>?</w:t>
            </w:r>
          </w:p>
          <w:p w14:paraId="543D970B" w14:textId="7B6CD7BA" w:rsidR="00A72223" w:rsidRDefault="00A72223"/>
        </w:tc>
        <w:tc>
          <w:tcPr>
            <w:tcW w:w="3791" w:type="dxa"/>
          </w:tcPr>
          <w:p w14:paraId="59D86938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4E41841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56584672" w14:textId="77777777" w:rsidR="00AC22C4" w:rsidRDefault="0033258B">
            <w:r>
              <w:t xml:space="preserve">Heb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zware</w:t>
            </w:r>
            <w:proofErr w:type="spellEnd"/>
            <w:r>
              <w:t>/</w:t>
            </w:r>
            <w:proofErr w:type="spellStart"/>
            <w:r>
              <w:t>pijnlijke</w:t>
            </w:r>
            <w:proofErr w:type="spellEnd"/>
            <w:r>
              <w:t xml:space="preserve"> </w:t>
            </w:r>
            <w:proofErr w:type="spellStart"/>
            <w:r>
              <w:t>menstruatie</w:t>
            </w:r>
            <w:proofErr w:type="spellEnd"/>
            <w:r>
              <w:t>?</w:t>
            </w:r>
            <w:r>
              <w:br/>
            </w:r>
            <w:proofErr w:type="spellStart"/>
            <w:r>
              <w:t>zwaar</w:t>
            </w:r>
            <w:proofErr w:type="spellEnd"/>
            <w:r>
              <w:t xml:space="preserve">: </w:t>
            </w:r>
            <w:proofErr w:type="spellStart"/>
            <w:r>
              <w:t>iedere</w:t>
            </w:r>
            <w:proofErr w:type="spellEnd"/>
            <w:r>
              <w:t xml:space="preserve"> 2 </w:t>
            </w:r>
            <w:proofErr w:type="spellStart"/>
            <w:r>
              <w:t>uur</w:t>
            </w:r>
            <w:proofErr w:type="spellEnd"/>
            <w:r>
              <w:t xml:space="preserve"> je tampon of </w:t>
            </w:r>
            <w:proofErr w:type="spellStart"/>
            <w:r>
              <w:t>menstruatiecup</w:t>
            </w:r>
            <w:proofErr w:type="spellEnd"/>
            <w:r>
              <w:t xml:space="preserve"> </w:t>
            </w:r>
            <w:proofErr w:type="spellStart"/>
            <w:r>
              <w:t>vervangen</w:t>
            </w:r>
            <w:proofErr w:type="spellEnd"/>
            <w:r>
              <w:br/>
            </w:r>
            <w:proofErr w:type="spellStart"/>
            <w:r>
              <w:t>pijnlijk</w:t>
            </w:r>
            <w:proofErr w:type="spellEnd"/>
            <w:r>
              <w:t xml:space="preserve">: je </w:t>
            </w:r>
            <w:proofErr w:type="spellStart"/>
            <w:r>
              <w:t>kunt</w:t>
            </w:r>
            <w:proofErr w:type="spellEnd"/>
            <w:r>
              <w:t xml:space="preserve">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zonder</w:t>
            </w:r>
            <w:proofErr w:type="spellEnd"/>
            <w:r>
              <w:t xml:space="preserve"> ibuprofen </w:t>
            </w:r>
            <w:proofErr w:type="spellStart"/>
            <w:r>
              <w:t>functioneren</w:t>
            </w:r>
            <w:proofErr w:type="spellEnd"/>
          </w:p>
          <w:p w14:paraId="443D47E8" w14:textId="67745F7D" w:rsidR="00A72223" w:rsidRDefault="00A72223"/>
        </w:tc>
        <w:tc>
          <w:tcPr>
            <w:tcW w:w="3791" w:type="dxa"/>
          </w:tcPr>
          <w:p w14:paraId="7DFC58B5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7BFC616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1695C1FD" w14:textId="77777777" w:rsidR="00AC22C4" w:rsidRDefault="0033258B">
            <w:proofErr w:type="spellStart"/>
            <w:r>
              <w:t>Houdt</w:t>
            </w:r>
            <w:proofErr w:type="spellEnd"/>
            <w:r>
              <w:t xml:space="preserve"> je in week 4 </w:t>
            </w:r>
            <w:proofErr w:type="spellStart"/>
            <w:r>
              <w:t>vocht</w:t>
            </w:r>
            <w:proofErr w:type="spellEnd"/>
            <w:r>
              <w:t xml:space="preserve"> vast? (</w:t>
            </w:r>
            <w:proofErr w:type="spellStart"/>
            <w:r>
              <w:t>enkels</w:t>
            </w:r>
            <w:proofErr w:type="spellEnd"/>
            <w:r>
              <w:t xml:space="preserve">, </w:t>
            </w:r>
            <w:proofErr w:type="spellStart"/>
            <w:r>
              <w:t>buik</w:t>
            </w:r>
            <w:proofErr w:type="spellEnd"/>
            <w:r>
              <w:t>, 1 a 2 kg)</w:t>
            </w:r>
          </w:p>
          <w:p w14:paraId="4D83633C" w14:textId="1B8554D7" w:rsidR="00A72223" w:rsidRDefault="00A72223"/>
        </w:tc>
        <w:tc>
          <w:tcPr>
            <w:tcW w:w="3791" w:type="dxa"/>
          </w:tcPr>
          <w:p w14:paraId="4482C4AC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484F37" w14:paraId="7203E445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4A2056A9" w14:textId="77777777" w:rsidR="00484F37" w:rsidRDefault="00484F37">
            <w:proofErr w:type="spellStart"/>
            <w:r>
              <w:t>Begint</w:t>
            </w:r>
            <w:proofErr w:type="spellEnd"/>
            <w:r>
              <w:t xml:space="preserve"> je </w:t>
            </w:r>
            <w:proofErr w:type="spellStart"/>
            <w:r>
              <w:t>menstruatie</w:t>
            </w:r>
            <w:proofErr w:type="spellEnd"/>
            <w:r>
              <w:t xml:space="preserve"> met bruin </w:t>
            </w:r>
            <w:proofErr w:type="spellStart"/>
            <w:r>
              <w:t>bloed</w:t>
            </w:r>
            <w:proofErr w:type="spellEnd"/>
            <w:r>
              <w:t xml:space="preserve"> of spotting?</w:t>
            </w:r>
          </w:p>
          <w:p w14:paraId="3DC0E0F9" w14:textId="05C49191" w:rsidR="00A72223" w:rsidRDefault="00A72223"/>
        </w:tc>
        <w:tc>
          <w:tcPr>
            <w:tcW w:w="3791" w:type="dxa"/>
          </w:tcPr>
          <w:p w14:paraId="2B839550" w14:textId="2662BF94" w:rsidR="00484F37" w:rsidRDefault="00484F37">
            <w:pPr>
              <w:jc w:val="center"/>
            </w:pPr>
            <w:r>
              <w:t>☐ Ja      ☐ Nee</w:t>
            </w:r>
          </w:p>
        </w:tc>
      </w:tr>
      <w:tr w:rsidR="00AC22C4" w14:paraId="2C92B2B2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627D6C32" w14:textId="77777777" w:rsidR="00AC22C4" w:rsidRDefault="0033258B">
            <w:proofErr w:type="spellStart"/>
            <w:r>
              <w:t>Zijn</w:t>
            </w:r>
            <w:proofErr w:type="spellEnd"/>
            <w:r>
              <w:t xml:space="preserve"> er </w:t>
            </w:r>
            <w:proofErr w:type="spellStart"/>
            <w:r>
              <w:t>ooit</w:t>
            </w:r>
            <w:proofErr w:type="spellEnd"/>
            <w:r>
              <w:t xml:space="preserve"> </w:t>
            </w:r>
            <w:proofErr w:type="spellStart"/>
            <w:r>
              <w:t>cysten</w:t>
            </w:r>
            <w:proofErr w:type="spellEnd"/>
            <w:r>
              <w:t xml:space="preserve"> op je </w:t>
            </w:r>
            <w:proofErr w:type="spellStart"/>
            <w:r>
              <w:t>eierstokken</w:t>
            </w:r>
            <w:proofErr w:type="spellEnd"/>
            <w:r>
              <w:t xml:space="preserve">, </w:t>
            </w:r>
            <w:proofErr w:type="spellStart"/>
            <w:r>
              <w:t>borsten</w:t>
            </w:r>
            <w:proofErr w:type="spellEnd"/>
            <w:r>
              <w:t xml:space="preserve"> of </w:t>
            </w:r>
            <w:proofErr w:type="spellStart"/>
            <w:r>
              <w:t>baarmoeder</w:t>
            </w:r>
            <w:proofErr w:type="spellEnd"/>
            <w:r>
              <w:t xml:space="preserve"> </w:t>
            </w:r>
            <w:proofErr w:type="spellStart"/>
            <w:r>
              <w:t>vastgesteld</w:t>
            </w:r>
            <w:proofErr w:type="spellEnd"/>
            <w:r>
              <w:t>?</w:t>
            </w:r>
          </w:p>
          <w:p w14:paraId="431F1E65" w14:textId="5DC92809" w:rsidR="00A72223" w:rsidRDefault="00A72223"/>
        </w:tc>
        <w:tc>
          <w:tcPr>
            <w:tcW w:w="3791" w:type="dxa"/>
          </w:tcPr>
          <w:p w14:paraId="1BDDF1D1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3CA9701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7AB63980" w14:textId="77777777" w:rsidR="00AC22C4" w:rsidRDefault="0033258B">
            <w:r>
              <w:t xml:space="preserve">Heb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snel</w:t>
            </w:r>
            <w:proofErr w:type="spellEnd"/>
            <w:r>
              <w:t xml:space="preserve"> </w:t>
            </w:r>
            <w:proofErr w:type="spellStart"/>
            <w:r>
              <w:t>verstoorde</w:t>
            </w:r>
            <w:proofErr w:type="spellEnd"/>
            <w:r>
              <w:t xml:space="preserve"> </w:t>
            </w:r>
            <w:proofErr w:type="spellStart"/>
            <w:r>
              <w:t>nachtrust</w:t>
            </w:r>
            <w:proofErr w:type="spellEnd"/>
            <w:r>
              <w:t>?</w:t>
            </w:r>
          </w:p>
          <w:p w14:paraId="12DE335A" w14:textId="707FE03D" w:rsidR="00A72223" w:rsidRDefault="00A72223"/>
        </w:tc>
        <w:tc>
          <w:tcPr>
            <w:tcW w:w="3791" w:type="dxa"/>
          </w:tcPr>
          <w:p w14:paraId="7164D19E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6CFF0C4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2697994D" w14:textId="77777777" w:rsidR="00AC22C4" w:rsidRDefault="0033258B">
            <w:r>
              <w:t xml:space="preserve">Heb je </w:t>
            </w:r>
            <w:proofErr w:type="spellStart"/>
            <w:r>
              <w:t>soms</w:t>
            </w:r>
            <w:proofErr w:type="spellEnd"/>
            <w:r>
              <w:t xml:space="preserve"> </w:t>
            </w:r>
            <w:proofErr w:type="spellStart"/>
            <w:r>
              <w:t>jeukende</w:t>
            </w:r>
            <w:proofErr w:type="spellEnd"/>
            <w:r>
              <w:t xml:space="preserve">, </w:t>
            </w:r>
            <w:proofErr w:type="spellStart"/>
            <w:r>
              <w:t>onrustige</w:t>
            </w:r>
            <w:proofErr w:type="spellEnd"/>
            <w:r>
              <w:t xml:space="preserve"> </w:t>
            </w:r>
            <w:proofErr w:type="spellStart"/>
            <w:r>
              <w:t>benen</w:t>
            </w:r>
            <w:proofErr w:type="spellEnd"/>
            <w:r>
              <w:t xml:space="preserve">, </w:t>
            </w:r>
            <w:proofErr w:type="spellStart"/>
            <w:r>
              <w:t>vooral</w:t>
            </w:r>
            <w:proofErr w:type="spellEnd"/>
            <w:r>
              <w:t xml:space="preserve"> </w:t>
            </w:r>
            <w:proofErr w:type="spellStart"/>
            <w:r>
              <w:t>snachts</w:t>
            </w:r>
            <w:proofErr w:type="spellEnd"/>
            <w:r>
              <w:t>?</w:t>
            </w:r>
          </w:p>
          <w:p w14:paraId="4E0FDDE6" w14:textId="7135622A" w:rsidR="00A72223" w:rsidRDefault="00A72223"/>
        </w:tc>
        <w:tc>
          <w:tcPr>
            <w:tcW w:w="3791" w:type="dxa"/>
          </w:tcPr>
          <w:p w14:paraId="51C0A6E8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6BD7CC7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6C83311C" w14:textId="77777777" w:rsidR="00AC22C4" w:rsidRDefault="0033258B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soms</w:t>
            </w:r>
            <w:proofErr w:type="spellEnd"/>
            <w:r>
              <w:t xml:space="preserve"> </w:t>
            </w:r>
            <w:proofErr w:type="spellStart"/>
            <w:r>
              <w:t>toegenomen</w:t>
            </w:r>
            <w:proofErr w:type="spellEnd"/>
            <w:r>
              <w:t xml:space="preserve"> </w:t>
            </w:r>
            <w:proofErr w:type="spellStart"/>
            <w:r>
              <w:t>onhandigheid</w:t>
            </w:r>
            <w:proofErr w:type="spellEnd"/>
            <w:r>
              <w:t xml:space="preserve"> of </w:t>
            </w:r>
            <w:proofErr w:type="spellStart"/>
            <w:r>
              <w:t>slechte</w:t>
            </w:r>
            <w:proofErr w:type="spellEnd"/>
            <w:r>
              <w:t xml:space="preserve"> </w:t>
            </w:r>
            <w:proofErr w:type="spellStart"/>
            <w:r>
              <w:t>coordinatie</w:t>
            </w:r>
            <w:proofErr w:type="spellEnd"/>
            <w:r>
              <w:t>?</w:t>
            </w:r>
          </w:p>
          <w:p w14:paraId="52546AEA" w14:textId="71215A1B" w:rsidR="00A72223" w:rsidRDefault="00A72223"/>
        </w:tc>
        <w:tc>
          <w:tcPr>
            <w:tcW w:w="3791" w:type="dxa"/>
          </w:tcPr>
          <w:p w14:paraId="0B967970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51BD0D9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195F89EF" w14:textId="77777777" w:rsidR="00AC22C4" w:rsidRDefault="0033258B">
            <w:r>
              <w:t xml:space="preserve">Ben je </w:t>
            </w:r>
            <w:proofErr w:type="spellStart"/>
            <w:r>
              <w:t>verminderd</w:t>
            </w:r>
            <w:proofErr w:type="spellEnd"/>
            <w:r>
              <w:t xml:space="preserve"> </w:t>
            </w:r>
            <w:proofErr w:type="spellStart"/>
            <w:r>
              <w:t>vruchtbaar</w:t>
            </w:r>
            <w:proofErr w:type="spellEnd"/>
            <w:r>
              <w:t>?</w:t>
            </w:r>
          </w:p>
          <w:p w14:paraId="4E68B5E2" w14:textId="30D283FB" w:rsidR="00A72223" w:rsidRDefault="00A72223"/>
        </w:tc>
        <w:tc>
          <w:tcPr>
            <w:tcW w:w="3791" w:type="dxa"/>
          </w:tcPr>
          <w:p w14:paraId="221685E8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8A78D4A" w14:textId="77777777" w:rsidTr="0033258B">
        <w:trPr>
          <w:jc w:val="center"/>
        </w:trPr>
        <w:tc>
          <w:tcPr>
            <w:tcW w:w="6521" w:type="dxa"/>
            <w:shd w:val="clear" w:color="auto" w:fill="F6F4F0"/>
          </w:tcPr>
          <w:p w14:paraId="5D57BF89" w14:textId="77777777" w:rsidR="00AC22C4" w:rsidRDefault="0033258B">
            <w:r>
              <w:t xml:space="preserve">Heb je </w:t>
            </w:r>
            <w:proofErr w:type="spellStart"/>
            <w:r>
              <w:t>ooit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miskraam</w:t>
            </w:r>
            <w:proofErr w:type="spellEnd"/>
            <w:r>
              <w:t xml:space="preserve"> in de </w:t>
            </w:r>
            <w:proofErr w:type="spellStart"/>
            <w:r>
              <w:t>eerste</w:t>
            </w:r>
            <w:proofErr w:type="spellEnd"/>
            <w:r>
              <w:t xml:space="preserve"> 3 </w:t>
            </w:r>
            <w:proofErr w:type="spellStart"/>
            <w:r>
              <w:t>maanden</w:t>
            </w:r>
            <w:proofErr w:type="spellEnd"/>
            <w:r>
              <w:t xml:space="preserve"> </w:t>
            </w:r>
            <w:proofErr w:type="spellStart"/>
            <w:r>
              <w:t>ervaren</w:t>
            </w:r>
            <w:proofErr w:type="spellEnd"/>
            <w:r>
              <w:t>?</w:t>
            </w:r>
          </w:p>
          <w:p w14:paraId="2727FE2F" w14:textId="21CFB3F0" w:rsidR="00A72223" w:rsidRDefault="00A72223"/>
        </w:tc>
        <w:tc>
          <w:tcPr>
            <w:tcW w:w="3791" w:type="dxa"/>
          </w:tcPr>
          <w:p w14:paraId="444F1363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</w:tbl>
    <w:p w14:paraId="3EE41EEF" w14:textId="77777777" w:rsidR="00AC22C4" w:rsidRDefault="00000000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AC22C4" w14:paraId="603253DF" w14:textId="77777777">
        <w:trPr>
          <w:jc w:val="center"/>
        </w:trPr>
        <w:tc>
          <w:tcPr>
            <w:tcW w:w="10312" w:type="dxa"/>
            <w:shd w:val="clear" w:color="auto" w:fill="A2A0DF"/>
          </w:tcPr>
          <w:p w14:paraId="50838280" w14:textId="77777777" w:rsidR="00AC22C4" w:rsidRDefault="00000000">
            <w:pPr>
              <w:jc w:val="center"/>
            </w:pPr>
            <w:r>
              <w:rPr>
                <w:b/>
                <w:sz w:val="30"/>
              </w:rPr>
              <w:lastRenderedPageBreak/>
              <w:t>Deel D</w:t>
            </w:r>
          </w:p>
        </w:tc>
      </w:tr>
    </w:tbl>
    <w:p w14:paraId="05C87705" w14:textId="77777777" w:rsidR="00AC22C4" w:rsidRDefault="00AC22C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63"/>
        <w:gridCol w:w="3649"/>
      </w:tblGrid>
      <w:tr w:rsidR="00AC22C4" w14:paraId="0F725539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5A81F683" w14:textId="77777777" w:rsidR="00AC22C4" w:rsidRDefault="00227C02">
            <w:r>
              <w:t xml:space="preserve">Houd je </w:t>
            </w:r>
            <w:proofErr w:type="spellStart"/>
            <w:r>
              <w:t>rond</w:t>
            </w:r>
            <w:proofErr w:type="spellEnd"/>
            <w:r>
              <w:t xml:space="preserve"> je </w:t>
            </w:r>
            <w:proofErr w:type="spellStart"/>
            <w:r>
              <w:t>menstruatie</w:t>
            </w:r>
            <w:proofErr w:type="spellEnd"/>
            <w:r>
              <w:t xml:space="preserve"> </w:t>
            </w:r>
            <w:proofErr w:type="spellStart"/>
            <w:r>
              <w:t>vocht</w:t>
            </w:r>
            <w:proofErr w:type="spellEnd"/>
            <w:r>
              <w:t xml:space="preserve"> vast?</w:t>
            </w:r>
          </w:p>
          <w:p w14:paraId="768AA898" w14:textId="762165AF" w:rsidR="006A030A" w:rsidRDefault="006A030A"/>
        </w:tc>
        <w:tc>
          <w:tcPr>
            <w:tcW w:w="3649" w:type="dxa"/>
          </w:tcPr>
          <w:p w14:paraId="4072CEBF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7DF527F3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54F980F3" w14:textId="77777777" w:rsidR="00AC22C4" w:rsidRDefault="00227C02">
            <w:r>
              <w:t xml:space="preserve">Heb je </w:t>
            </w:r>
            <w:proofErr w:type="spellStart"/>
            <w:r>
              <w:t>ooit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afwijkend</w:t>
            </w:r>
            <w:proofErr w:type="spellEnd"/>
            <w:r>
              <w:t xml:space="preserve"> </w:t>
            </w:r>
            <w:proofErr w:type="spellStart"/>
            <w:r>
              <w:t>uitstrijkje</w:t>
            </w:r>
            <w:proofErr w:type="spellEnd"/>
            <w:r>
              <w:t xml:space="preserve"> </w:t>
            </w:r>
            <w:proofErr w:type="spellStart"/>
            <w:r>
              <w:t>gehad</w:t>
            </w:r>
            <w:proofErr w:type="spellEnd"/>
            <w:r>
              <w:t>?</w:t>
            </w:r>
          </w:p>
          <w:p w14:paraId="303C2B66" w14:textId="1439421C" w:rsidR="006A030A" w:rsidRDefault="006A030A"/>
        </w:tc>
        <w:tc>
          <w:tcPr>
            <w:tcW w:w="3649" w:type="dxa"/>
          </w:tcPr>
          <w:p w14:paraId="0F59AAAB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5FCD123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3ADB7D63" w14:textId="77777777" w:rsidR="00AC22C4" w:rsidRDefault="00227C02">
            <w:r>
              <w:t xml:space="preserve">Heb je </w:t>
            </w:r>
            <w:proofErr w:type="spellStart"/>
            <w:r>
              <w:t>zware</w:t>
            </w:r>
            <w:proofErr w:type="spellEnd"/>
            <w:r>
              <w:t xml:space="preserve"> </w:t>
            </w:r>
            <w:proofErr w:type="spellStart"/>
            <w:r>
              <w:t>bloedingen</w:t>
            </w:r>
            <w:proofErr w:type="spellEnd"/>
            <w:r>
              <w:t xml:space="preserve"> of </w:t>
            </w:r>
            <w:proofErr w:type="spellStart"/>
            <w:r>
              <w:t>bloedingen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de </w:t>
            </w:r>
            <w:proofErr w:type="spellStart"/>
            <w:r>
              <w:t>overgang</w:t>
            </w:r>
            <w:proofErr w:type="spellEnd"/>
            <w:r>
              <w:t>?</w:t>
            </w:r>
          </w:p>
          <w:p w14:paraId="410AA092" w14:textId="58D1304A" w:rsidR="006A030A" w:rsidRDefault="006A030A"/>
        </w:tc>
        <w:tc>
          <w:tcPr>
            <w:tcW w:w="3649" w:type="dxa"/>
          </w:tcPr>
          <w:p w14:paraId="4FBECE4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0483167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119984A1" w14:textId="77777777" w:rsidR="00AC22C4" w:rsidRDefault="00227C02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snelle</w:t>
            </w:r>
            <w:proofErr w:type="spellEnd"/>
            <w:r>
              <w:t xml:space="preserve"> </w:t>
            </w:r>
            <w:proofErr w:type="spellStart"/>
            <w:r>
              <w:t>gewichtstoename</w:t>
            </w:r>
            <w:proofErr w:type="spellEnd"/>
            <w:r>
              <w:t xml:space="preserve"> met name </w:t>
            </w:r>
            <w:proofErr w:type="spellStart"/>
            <w:r>
              <w:t>rond</w:t>
            </w:r>
            <w:proofErr w:type="spellEnd"/>
            <w:r>
              <w:t xml:space="preserve"> de </w:t>
            </w:r>
            <w:proofErr w:type="spellStart"/>
            <w:r>
              <w:t>heupen</w:t>
            </w:r>
            <w:proofErr w:type="spellEnd"/>
            <w:r>
              <w:t>/</w:t>
            </w:r>
            <w:proofErr w:type="spellStart"/>
            <w:r>
              <w:t>billen</w:t>
            </w:r>
            <w:proofErr w:type="spellEnd"/>
          </w:p>
          <w:p w14:paraId="2EF006E7" w14:textId="124AD986" w:rsidR="006A030A" w:rsidRDefault="006A030A"/>
        </w:tc>
        <w:tc>
          <w:tcPr>
            <w:tcW w:w="3649" w:type="dxa"/>
          </w:tcPr>
          <w:p w14:paraId="4945A7EE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15A15C9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1639B9DE" w14:textId="77777777" w:rsidR="00AC22C4" w:rsidRDefault="00227C02">
            <w:r>
              <w:t xml:space="preserve">Heb je last van </w:t>
            </w:r>
            <w:proofErr w:type="spellStart"/>
            <w:r>
              <w:t>oedeem</w:t>
            </w:r>
            <w:proofErr w:type="spellEnd"/>
            <w:r>
              <w:t>?</w:t>
            </w:r>
          </w:p>
          <w:p w14:paraId="3C9BEB06" w14:textId="2EC87611" w:rsidR="006A030A" w:rsidRDefault="006A030A"/>
        </w:tc>
        <w:tc>
          <w:tcPr>
            <w:tcW w:w="3649" w:type="dxa"/>
          </w:tcPr>
          <w:p w14:paraId="44941E45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E9446A1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655977D9" w14:textId="77777777" w:rsidR="00AC22C4" w:rsidRDefault="00227C02">
            <w:r>
              <w:t xml:space="preserve">Heb je in week 4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grotere</w:t>
            </w:r>
            <w:proofErr w:type="spellEnd"/>
            <w:r>
              <w:t xml:space="preserve"> </w:t>
            </w:r>
            <w:proofErr w:type="spellStart"/>
            <w:r>
              <w:t>cupmaat</w:t>
            </w:r>
            <w:proofErr w:type="spellEnd"/>
            <w:r>
              <w:t xml:space="preserve"> of </w:t>
            </w:r>
            <w:proofErr w:type="spellStart"/>
            <w:r>
              <w:t>gevoelige</w:t>
            </w:r>
            <w:proofErr w:type="spellEnd"/>
            <w:r>
              <w:t xml:space="preserve"> </w:t>
            </w:r>
            <w:proofErr w:type="spellStart"/>
            <w:r>
              <w:t>borsten</w:t>
            </w:r>
            <w:proofErr w:type="spellEnd"/>
            <w:r>
              <w:t>?</w:t>
            </w:r>
          </w:p>
          <w:p w14:paraId="780275E4" w14:textId="50341A52" w:rsidR="006A030A" w:rsidRDefault="006A030A"/>
        </w:tc>
        <w:tc>
          <w:tcPr>
            <w:tcW w:w="3649" w:type="dxa"/>
          </w:tcPr>
          <w:p w14:paraId="11719CAD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C74C1D1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28D568AF" w14:textId="77777777" w:rsidR="00AC22C4" w:rsidRDefault="00227C02">
            <w:proofErr w:type="spellStart"/>
            <w:r>
              <w:t>Zijn</w:t>
            </w:r>
            <w:proofErr w:type="spellEnd"/>
            <w:r>
              <w:t xml:space="preserve"> er </w:t>
            </w:r>
            <w:proofErr w:type="spellStart"/>
            <w:r>
              <w:t>ooit</w:t>
            </w:r>
            <w:proofErr w:type="spellEnd"/>
            <w:r>
              <w:t xml:space="preserve"> </w:t>
            </w:r>
            <w:proofErr w:type="spellStart"/>
            <w:r>
              <w:t>vleesbomen</w:t>
            </w:r>
            <w:proofErr w:type="spellEnd"/>
            <w:r>
              <w:t xml:space="preserve"> </w:t>
            </w:r>
            <w:proofErr w:type="spellStart"/>
            <w:r>
              <w:t>geconstateerd</w:t>
            </w:r>
            <w:proofErr w:type="spellEnd"/>
            <w:r>
              <w:t>?</w:t>
            </w:r>
          </w:p>
          <w:p w14:paraId="296667A8" w14:textId="2405A3B2" w:rsidR="001E7820" w:rsidRDefault="001E7820"/>
        </w:tc>
        <w:tc>
          <w:tcPr>
            <w:tcW w:w="3649" w:type="dxa"/>
          </w:tcPr>
          <w:p w14:paraId="58A3515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747E0C4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79634F97" w14:textId="77777777" w:rsidR="00AC22C4" w:rsidRDefault="00227C02">
            <w:r>
              <w:t xml:space="preserve">Heb je </w:t>
            </w:r>
            <w:proofErr w:type="spellStart"/>
            <w:r>
              <w:t>endometriose</w:t>
            </w:r>
            <w:proofErr w:type="spellEnd"/>
            <w:r>
              <w:t xml:space="preserve"> of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pijnlijke</w:t>
            </w:r>
            <w:proofErr w:type="spellEnd"/>
            <w:r>
              <w:t xml:space="preserve"> </w:t>
            </w:r>
            <w:proofErr w:type="spellStart"/>
            <w:r>
              <w:t>menstruatie</w:t>
            </w:r>
            <w:proofErr w:type="spellEnd"/>
            <w:r>
              <w:t>?</w:t>
            </w:r>
          </w:p>
          <w:p w14:paraId="763C136A" w14:textId="41EA66E5" w:rsidR="001E7820" w:rsidRDefault="001E7820"/>
        </w:tc>
        <w:tc>
          <w:tcPr>
            <w:tcW w:w="3649" w:type="dxa"/>
          </w:tcPr>
          <w:p w14:paraId="79C1B4F4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A48375E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53ED4147" w14:textId="77777777" w:rsidR="00AC22C4" w:rsidRDefault="00227C02">
            <w:r>
              <w:t xml:space="preserve">Heb je </w:t>
            </w:r>
            <w:proofErr w:type="spellStart"/>
            <w:r>
              <w:t>stemmingswisselingen</w:t>
            </w:r>
            <w:proofErr w:type="spellEnd"/>
            <w:r>
              <w:t xml:space="preserve">, PMS, </w:t>
            </w:r>
            <w:proofErr w:type="spellStart"/>
            <w:r>
              <w:t>depressieve</w:t>
            </w:r>
            <w:proofErr w:type="spellEnd"/>
            <w:r>
              <w:t xml:space="preserve"> </w:t>
            </w:r>
            <w:proofErr w:type="spellStart"/>
            <w:r>
              <w:t>gevoelens</w:t>
            </w:r>
            <w:proofErr w:type="spellEnd"/>
            <w:r>
              <w:t xml:space="preserve"> of </w:t>
            </w:r>
            <w:proofErr w:type="spellStart"/>
            <w:r>
              <w:t>prikkelbaarheid</w:t>
            </w:r>
            <w:proofErr w:type="spellEnd"/>
            <w:r>
              <w:t>?</w:t>
            </w:r>
          </w:p>
          <w:p w14:paraId="3B8676E0" w14:textId="46DB1552" w:rsidR="001E7820" w:rsidRDefault="001E7820"/>
        </w:tc>
        <w:tc>
          <w:tcPr>
            <w:tcW w:w="3649" w:type="dxa"/>
          </w:tcPr>
          <w:p w14:paraId="308B47A4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BAE8AEE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001E20E2" w14:textId="77777777" w:rsidR="00AC22C4" w:rsidRDefault="00227C02">
            <w:r>
              <w:t xml:space="preserve">Voel je </w:t>
            </w:r>
            <w:proofErr w:type="spellStart"/>
            <w:r>
              <w:t>soms</w:t>
            </w:r>
            <w:proofErr w:type="spellEnd"/>
            <w:r>
              <w:t xml:space="preserve"> </w:t>
            </w:r>
            <w:proofErr w:type="spellStart"/>
            <w:r>
              <w:t>huilering</w:t>
            </w:r>
            <w:proofErr w:type="spellEnd"/>
            <w:r>
              <w:t xml:space="preserve"> om </w:t>
            </w:r>
            <w:proofErr w:type="spellStart"/>
            <w:r>
              <w:t>onbenullige</w:t>
            </w:r>
            <w:proofErr w:type="spellEnd"/>
            <w:r>
              <w:t xml:space="preserve"> </w:t>
            </w:r>
            <w:proofErr w:type="spellStart"/>
            <w:r>
              <w:t>dingen</w:t>
            </w:r>
            <w:proofErr w:type="spellEnd"/>
            <w:r>
              <w:t>?</w:t>
            </w:r>
          </w:p>
          <w:p w14:paraId="6F80F45A" w14:textId="20A3AD03" w:rsidR="001E7820" w:rsidRDefault="001E7820"/>
        </w:tc>
        <w:tc>
          <w:tcPr>
            <w:tcW w:w="3649" w:type="dxa"/>
          </w:tcPr>
          <w:p w14:paraId="412B0D6B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67848BD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1C25320F" w14:textId="77777777" w:rsidR="00AC22C4" w:rsidRDefault="00227C02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korte</w:t>
            </w:r>
            <w:proofErr w:type="spellEnd"/>
            <w:r>
              <w:t xml:space="preserve"> </w:t>
            </w:r>
            <w:proofErr w:type="spellStart"/>
            <w:r>
              <w:t>overspannenheid</w:t>
            </w:r>
            <w:proofErr w:type="spellEnd"/>
            <w:r>
              <w:t xml:space="preserve">? </w:t>
            </w:r>
            <w:proofErr w:type="spellStart"/>
            <w:r>
              <w:t>Onrust</w:t>
            </w:r>
            <w:proofErr w:type="spellEnd"/>
            <w:r>
              <w:t xml:space="preserve"> of angst?</w:t>
            </w:r>
          </w:p>
          <w:p w14:paraId="621483C2" w14:textId="51C9CEA5" w:rsidR="001E7820" w:rsidRDefault="001E7820"/>
        </w:tc>
        <w:tc>
          <w:tcPr>
            <w:tcW w:w="3649" w:type="dxa"/>
          </w:tcPr>
          <w:p w14:paraId="480F8543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9C9FA6D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073DA407" w14:textId="77777777" w:rsidR="00AC22C4" w:rsidRDefault="00227C02">
            <w:r>
              <w:t xml:space="preserve">Heb je migraine of </w:t>
            </w:r>
            <w:proofErr w:type="spellStart"/>
            <w:r>
              <w:t>hoofdpijn</w:t>
            </w:r>
            <w:proofErr w:type="spellEnd"/>
            <w:r>
              <w:t>?</w:t>
            </w:r>
          </w:p>
          <w:p w14:paraId="1F8B35A2" w14:textId="58CB7F7D" w:rsidR="001E7820" w:rsidRDefault="001E7820"/>
        </w:tc>
        <w:tc>
          <w:tcPr>
            <w:tcW w:w="3649" w:type="dxa"/>
          </w:tcPr>
          <w:p w14:paraId="3A953974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DD3820D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08A402DE" w14:textId="77777777" w:rsidR="00AC22C4" w:rsidRDefault="00227C02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slapeloosheid</w:t>
            </w:r>
            <w:proofErr w:type="spellEnd"/>
            <w:r>
              <w:t>?</w:t>
            </w:r>
          </w:p>
          <w:p w14:paraId="2498CE90" w14:textId="18B11573" w:rsidR="001E7820" w:rsidRDefault="001E7820"/>
        </w:tc>
        <w:tc>
          <w:tcPr>
            <w:tcW w:w="3649" w:type="dxa"/>
          </w:tcPr>
          <w:p w14:paraId="15392F2D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7EF51437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2CD0E4E6" w14:textId="77777777" w:rsidR="00AC22C4" w:rsidRDefault="00227C02">
            <w:r>
              <w:t xml:space="preserve">Heb je last van </w:t>
            </w:r>
            <w:proofErr w:type="spellStart"/>
            <w:r>
              <w:t>wazig</w:t>
            </w:r>
            <w:proofErr w:type="spellEnd"/>
            <w:r>
              <w:t xml:space="preserve"> </w:t>
            </w:r>
            <w:proofErr w:type="spellStart"/>
            <w:r>
              <w:t>denken</w:t>
            </w:r>
            <w:proofErr w:type="spellEnd"/>
            <w:r>
              <w:t xml:space="preserve">? </w:t>
            </w:r>
            <w:proofErr w:type="spellStart"/>
            <w:proofErr w:type="gramStart"/>
            <w:r>
              <w:t>Alsof</w:t>
            </w:r>
            <w:proofErr w:type="spellEnd"/>
            <w:r>
              <w:t xml:space="preserve"> er</w:t>
            </w:r>
            <w:proofErr w:type="gram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wolk</w:t>
            </w:r>
            <w:proofErr w:type="spellEnd"/>
            <w:r>
              <w:t xml:space="preserve"> in je </w:t>
            </w:r>
            <w:proofErr w:type="spellStart"/>
            <w:r>
              <w:t>hoofd</w:t>
            </w:r>
            <w:proofErr w:type="spellEnd"/>
            <w:r>
              <w:t xml:space="preserve"> </w:t>
            </w:r>
            <w:proofErr w:type="spellStart"/>
            <w:r>
              <w:t>hangt</w:t>
            </w:r>
            <w:proofErr w:type="spellEnd"/>
            <w:r>
              <w:t>.</w:t>
            </w:r>
          </w:p>
          <w:p w14:paraId="4631091C" w14:textId="414A792A" w:rsidR="001E7820" w:rsidRDefault="001E7820"/>
        </w:tc>
        <w:tc>
          <w:tcPr>
            <w:tcW w:w="3649" w:type="dxa"/>
          </w:tcPr>
          <w:p w14:paraId="62374F96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7D0B6AE0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024B0C2A" w14:textId="77777777" w:rsidR="00AC22C4" w:rsidRDefault="00227C02">
            <w:r>
              <w:t xml:space="preserve">Heb je </w:t>
            </w:r>
            <w:proofErr w:type="spellStart"/>
            <w:r>
              <w:t>vaak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rode </w:t>
            </w:r>
            <w:proofErr w:type="spellStart"/>
            <w:r>
              <w:t>blos</w:t>
            </w:r>
            <w:proofErr w:type="spellEnd"/>
            <w:r>
              <w:t xml:space="preserve"> op je </w:t>
            </w:r>
            <w:proofErr w:type="spellStart"/>
            <w:r>
              <w:t>gezicht</w:t>
            </w:r>
            <w:proofErr w:type="spellEnd"/>
            <w:r>
              <w:t>?</w:t>
            </w:r>
          </w:p>
          <w:p w14:paraId="1B15834F" w14:textId="16D31DC0" w:rsidR="001E7820" w:rsidRDefault="001E7820"/>
        </w:tc>
        <w:tc>
          <w:tcPr>
            <w:tcW w:w="3649" w:type="dxa"/>
          </w:tcPr>
          <w:p w14:paraId="235B34F5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227C02" w14:paraId="660F61DB" w14:textId="77777777" w:rsidTr="00227C02">
        <w:trPr>
          <w:jc w:val="center"/>
        </w:trPr>
        <w:tc>
          <w:tcPr>
            <w:tcW w:w="6663" w:type="dxa"/>
            <w:shd w:val="clear" w:color="auto" w:fill="F6F4F0"/>
          </w:tcPr>
          <w:p w14:paraId="6CC7E1BE" w14:textId="77777777" w:rsidR="00227C02" w:rsidRDefault="00227C02">
            <w:r>
              <w:t xml:space="preserve">Ben je </w:t>
            </w:r>
            <w:proofErr w:type="spellStart"/>
            <w:r>
              <w:t>bekend</w:t>
            </w:r>
            <w:proofErr w:type="spellEnd"/>
            <w:r>
              <w:t xml:space="preserve"> met </w:t>
            </w:r>
            <w:proofErr w:type="spellStart"/>
            <w:r>
              <w:t>galblaasproblemen</w:t>
            </w:r>
            <w:proofErr w:type="spellEnd"/>
            <w:r>
              <w:t>?</w:t>
            </w:r>
          </w:p>
          <w:p w14:paraId="6CBF5AE9" w14:textId="4B5FF8DC" w:rsidR="001E7820" w:rsidRDefault="001E7820"/>
        </w:tc>
        <w:tc>
          <w:tcPr>
            <w:tcW w:w="3649" w:type="dxa"/>
          </w:tcPr>
          <w:p w14:paraId="040F9D3A" w14:textId="6D4D50B5" w:rsidR="00227C02" w:rsidRDefault="00227C02">
            <w:pPr>
              <w:jc w:val="center"/>
            </w:pPr>
            <w:r>
              <w:t>☐ Ja      ☐ Nee</w:t>
            </w:r>
          </w:p>
        </w:tc>
      </w:tr>
    </w:tbl>
    <w:p w14:paraId="3A100557" w14:textId="77777777" w:rsidR="00AC22C4" w:rsidRDefault="00000000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AC22C4" w14:paraId="721478B8" w14:textId="77777777">
        <w:trPr>
          <w:jc w:val="center"/>
        </w:trPr>
        <w:tc>
          <w:tcPr>
            <w:tcW w:w="10312" w:type="dxa"/>
            <w:shd w:val="clear" w:color="auto" w:fill="A2A0DF"/>
          </w:tcPr>
          <w:p w14:paraId="13A9BF16" w14:textId="77777777" w:rsidR="00AC22C4" w:rsidRDefault="00000000">
            <w:pPr>
              <w:jc w:val="center"/>
            </w:pPr>
            <w:r>
              <w:rPr>
                <w:b/>
                <w:sz w:val="30"/>
              </w:rPr>
              <w:lastRenderedPageBreak/>
              <w:t>Deel E</w:t>
            </w:r>
          </w:p>
        </w:tc>
      </w:tr>
    </w:tbl>
    <w:p w14:paraId="166820DC" w14:textId="77777777" w:rsidR="00AC22C4" w:rsidRDefault="00AC22C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46"/>
        <w:gridCol w:w="3366"/>
      </w:tblGrid>
      <w:tr w:rsidR="00AC22C4" w14:paraId="60774126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33C14EB2" w14:textId="18748E28" w:rsidR="00AC22C4" w:rsidRDefault="00F4023C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slechts</w:t>
            </w:r>
            <w:proofErr w:type="spellEnd"/>
            <w:r>
              <w:t xml:space="preserve"> </w:t>
            </w:r>
            <w:proofErr w:type="spellStart"/>
            <w:r>
              <w:t>geheugen</w:t>
            </w:r>
            <w:proofErr w:type="spellEnd"/>
            <w:r>
              <w:t xml:space="preserve">? </w:t>
            </w:r>
            <w:r>
              <w:br/>
            </w:r>
            <w:proofErr w:type="spellStart"/>
            <w:r>
              <w:t>Bijv</w:t>
            </w:r>
            <w:proofErr w:type="spellEnd"/>
            <w:r>
              <w:t xml:space="preserve">: je ben midden in </w:t>
            </w:r>
            <w:proofErr w:type="spellStart"/>
            <w:r>
              <w:t>een</w:t>
            </w:r>
            <w:proofErr w:type="spellEnd"/>
            <w:r>
              <w:t xml:space="preserve"> zin je </w:t>
            </w:r>
            <w:proofErr w:type="spellStart"/>
            <w:r>
              <w:t>verhaal</w:t>
            </w:r>
            <w:proofErr w:type="spellEnd"/>
            <w:r>
              <w:t xml:space="preserve"> </w:t>
            </w:r>
            <w:proofErr w:type="spellStart"/>
            <w:r>
              <w:t>kwijt</w:t>
            </w:r>
            <w:proofErr w:type="spellEnd"/>
            <w:r>
              <w:t>)</w:t>
            </w:r>
          </w:p>
        </w:tc>
        <w:tc>
          <w:tcPr>
            <w:tcW w:w="3366" w:type="dxa"/>
          </w:tcPr>
          <w:p w14:paraId="19F4D40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1952A51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5A0B2D83" w14:textId="6C49679E" w:rsidR="00AC22C4" w:rsidRDefault="00F4023C">
            <w:r>
              <w:t xml:space="preserve">Voel je </w:t>
            </w:r>
            <w:proofErr w:type="spellStart"/>
            <w:r>
              <w:t>je</w:t>
            </w:r>
            <w:proofErr w:type="spellEnd"/>
            <w:r>
              <w:t xml:space="preserve"> </w:t>
            </w:r>
            <w:proofErr w:type="spellStart"/>
            <w:r>
              <w:t>emotioneel</w:t>
            </w:r>
            <w:proofErr w:type="spellEnd"/>
            <w:r>
              <w:t xml:space="preserve"> </w:t>
            </w:r>
            <w:proofErr w:type="spellStart"/>
            <w:r>
              <w:t>kwetsbaar</w:t>
            </w:r>
            <w:proofErr w:type="spellEnd"/>
            <w:r>
              <w:t xml:space="preserve">? Met name in </w:t>
            </w:r>
            <w:proofErr w:type="spellStart"/>
            <w:r>
              <w:t>vergelijking</w:t>
            </w:r>
            <w:proofErr w:type="spellEnd"/>
            <w:r>
              <w:t xml:space="preserve"> met hoe je </w:t>
            </w:r>
            <w:proofErr w:type="spellStart"/>
            <w:r>
              <w:t>jezelf</w:t>
            </w:r>
            <w:proofErr w:type="spellEnd"/>
            <w:r>
              <w:t xml:space="preserve"> 10 </w:t>
            </w:r>
            <w:proofErr w:type="spellStart"/>
            <w:r>
              <w:t>jaar</w:t>
            </w:r>
            <w:proofErr w:type="spellEnd"/>
            <w:r>
              <w:t xml:space="preserve"> </w:t>
            </w:r>
            <w:proofErr w:type="spellStart"/>
            <w:r>
              <w:t>geleden</w:t>
            </w:r>
            <w:proofErr w:type="spellEnd"/>
            <w:r>
              <w:t xml:space="preserve"> </w:t>
            </w:r>
            <w:proofErr w:type="spellStart"/>
            <w:r>
              <w:t>voelde</w:t>
            </w:r>
            <w:proofErr w:type="spellEnd"/>
            <w:r>
              <w:t>?</w:t>
            </w:r>
          </w:p>
        </w:tc>
        <w:tc>
          <w:tcPr>
            <w:tcW w:w="3366" w:type="dxa"/>
          </w:tcPr>
          <w:p w14:paraId="79DDEB34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F339276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62854C27" w14:textId="0A2EA1AD" w:rsidR="00AC22C4" w:rsidRDefault="009D3C65">
            <w:proofErr w:type="spellStart"/>
            <w:r>
              <w:t>Ervaar</w:t>
            </w:r>
            <w:proofErr w:type="spellEnd"/>
            <w:r>
              <w:t xml:space="preserve"> je depressive? </w:t>
            </w:r>
            <w:proofErr w:type="spellStart"/>
            <w:r>
              <w:t>Misschien</w:t>
            </w:r>
            <w:proofErr w:type="spellEnd"/>
            <w:r>
              <w:t xml:space="preserve"> met </w:t>
            </w:r>
            <w:proofErr w:type="spellStart"/>
            <w:r>
              <w:t>bezordheid</w:t>
            </w:r>
            <w:proofErr w:type="spellEnd"/>
            <w:r>
              <w:t>/</w:t>
            </w:r>
            <w:proofErr w:type="spellStart"/>
            <w:r>
              <w:t>lusteloosheid</w:t>
            </w:r>
            <w:proofErr w:type="spellEnd"/>
            <w:r>
              <w:t>?</w:t>
            </w:r>
            <w:r>
              <w:br/>
              <w:t xml:space="preserve">Of </w:t>
            </w:r>
            <w:proofErr w:type="spellStart"/>
            <w:r>
              <w:t>neerslachtigheid</w:t>
            </w:r>
            <w:proofErr w:type="spellEnd"/>
            <w:r>
              <w:t xml:space="preserve"> die </w:t>
            </w:r>
            <w:proofErr w:type="spellStart"/>
            <w:r>
              <w:t>langer</w:t>
            </w:r>
            <w:proofErr w:type="spellEnd"/>
            <w:r>
              <w:t xml:space="preserve"> dan 2 </w:t>
            </w:r>
            <w:proofErr w:type="spellStart"/>
            <w:r>
              <w:t>weken</w:t>
            </w:r>
            <w:proofErr w:type="spellEnd"/>
            <w:r>
              <w:t xml:space="preserve"> </w:t>
            </w:r>
            <w:proofErr w:type="spellStart"/>
            <w:r>
              <w:t>aanhoudt</w:t>
            </w:r>
            <w:proofErr w:type="spellEnd"/>
            <w:r>
              <w:t>?</w:t>
            </w:r>
          </w:p>
        </w:tc>
        <w:tc>
          <w:tcPr>
            <w:tcW w:w="3366" w:type="dxa"/>
          </w:tcPr>
          <w:p w14:paraId="2EC74F22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61A6ADD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68867ACD" w14:textId="5719026C" w:rsidR="00AC22C4" w:rsidRDefault="009D3C65">
            <w:r>
              <w:t xml:space="preserve">Heb je </w:t>
            </w:r>
            <w:proofErr w:type="spellStart"/>
            <w:r>
              <w:t>ineens</w:t>
            </w:r>
            <w:proofErr w:type="spellEnd"/>
            <w:r>
              <w:t xml:space="preserve"> </w:t>
            </w:r>
            <w:proofErr w:type="spellStart"/>
            <w:r>
              <w:t>opvallend</w:t>
            </w:r>
            <w:proofErr w:type="spellEnd"/>
            <w:r>
              <w:t xml:space="preserve"> last van </w:t>
            </w:r>
            <w:proofErr w:type="spellStart"/>
            <w:r>
              <w:t>rimpels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0A2204AF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A47536A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4E829074" w14:textId="757EC3F8" w:rsidR="00AC22C4" w:rsidRDefault="009D3C65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nachtelijk</w:t>
            </w:r>
            <w:proofErr w:type="spellEnd"/>
            <w:r>
              <w:t xml:space="preserve"> </w:t>
            </w:r>
            <w:proofErr w:type="spellStart"/>
            <w:r>
              <w:t>transpireren</w:t>
            </w:r>
            <w:proofErr w:type="spellEnd"/>
            <w:r>
              <w:t xml:space="preserve"> of </w:t>
            </w:r>
            <w:proofErr w:type="spellStart"/>
            <w:r>
              <w:t>opvliegers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01EC88C3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A12DF0C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4D57FAA7" w14:textId="1B310006" w:rsidR="00AC22C4" w:rsidRDefault="009D3C65">
            <w:r>
              <w:t xml:space="preserve">Heb je last van </w:t>
            </w:r>
            <w:proofErr w:type="spellStart"/>
            <w:r>
              <w:t>slaapproblemen</w:t>
            </w:r>
            <w:proofErr w:type="spellEnd"/>
            <w:r>
              <w:t xml:space="preserve">? </w:t>
            </w:r>
            <w:proofErr w:type="spellStart"/>
            <w:r>
              <w:t>Wordt</w:t>
            </w:r>
            <w:proofErr w:type="spellEnd"/>
            <w:r>
              <w:t xml:space="preserve"> je midden in de </w:t>
            </w:r>
            <w:proofErr w:type="spellStart"/>
            <w:r>
              <w:t>nacht</w:t>
            </w:r>
            <w:proofErr w:type="spellEnd"/>
            <w:r>
              <w:t xml:space="preserve"> </w:t>
            </w:r>
            <w:proofErr w:type="spellStart"/>
            <w:r>
              <w:t>wakker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4337ADC9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94A5896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51039FD5" w14:textId="41DAB4A1" w:rsidR="00AC22C4" w:rsidRDefault="00867452">
            <w:r>
              <w:t xml:space="preserve">Heb je urine </w:t>
            </w:r>
            <w:proofErr w:type="spellStart"/>
            <w:r>
              <w:t>verlies</w:t>
            </w:r>
            <w:proofErr w:type="spellEnd"/>
            <w:r>
              <w:t xml:space="preserve"> of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overactieve</w:t>
            </w:r>
            <w:proofErr w:type="spellEnd"/>
            <w:r>
              <w:t xml:space="preserve"> </w:t>
            </w:r>
            <w:proofErr w:type="spellStart"/>
            <w:r>
              <w:t>blaas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13178B5E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7BC61EB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04353841" w14:textId="7E506524" w:rsidR="00AC22C4" w:rsidRDefault="00867452">
            <w:r>
              <w:t xml:space="preserve">Heb je </w:t>
            </w:r>
            <w:proofErr w:type="spellStart"/>
            <w:r>
              <w:t>regelmatig</w:t>
            </w:r>
            <w:proofErr w:type="spellEnd"/>
            <w:r>
              <w:t xml:space="preserve"> </w:t>
            </w:r>
            <w:proofErr w:type="spellStart"/>
            <w:r>
              <w:t>blaasontsteking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08BBCD37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27A00C6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01052AEC" w14:textId="6D45226B" w:rsidR="00AC22C4" w:rsidRDefault="00867452">
            <w:r>
              <w:t xml:space="preserve">Hangen je </w:t>
            </w:r>
            <w:proofErr w:type="spellStart"/>
            <w:r>
              <w:t>borsten</w:t>
            </w:r>
            <w:proofErr w:type="spellEnd"/>
            <w:r>
              <w:t xml:space="preserve"> of </w:t>
            </w:r>
            <w:proofErr w:type="spellStart"/>
            <w:r>
              <w:t>worden</w:t>
            </w:r>
            <w:proofErr w:type="spellEnd"/>
            <w:r>
              <w:t xml:space="preserve"> je </w:t>
            </w:r>
            <w:proofErr w:type="spellStart"/>
            <w:r>
              <w:t>borsten</w:t>
            </w:r>
            <w:proofErr w:type="spellEnd"/>
            <w:r>
              <w:t xml:space="preserve"> </w:t>
            </w:r>
            <w:proofErr w:type="spellStart"/>
            <w:r>
              <w:t>kleiner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3E4C5C34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7593569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6D7C6E9D" w14:textId="104644F5" w:rsidR="00AC22C4" w:rsidRDefault="00867452">
            <w:r>
              <w:t xml:space="preserve">Ben je </w:t>
            </w:r>
            <w:proofErr w:type="spellStart"/>
            <w:r>
              <w:t>bekend</w:t>
            </w:r>
            <w:proofErr w:type="spellEnd"/>
            <w:r>
              <w:t xml:space="preserve"> met </w:t>
            </w:r>
            <w:proofErr w:type="spellStart"/>
            <w:r>
              <w:t>galblaasproblemen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59AC7033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CA4067F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4462D1AA" w14:textId="40811FA4" w:rsidR="00AC22C4" w:rsidRDefault="00867452">
            <w:r>
              <w:t xml:space="preserve">Heb je </w:t>
            </w:r>
            <w:proofErr w:type="spellStart"/>
            <w:r>
              <w:t>duidelijkere</w:t>
            </w:r>
            <w:proofErr w:type="spellEnd"/>
            <w:r>
              <w:t xml:space="preserve"> </w:t>
            </w:r>
            <w:proofErr w:type="spellStart"/>
            <w:r>
              <w:t>schade</w:t>
            </w:r>
            <w:proofErr w:type="spellEnd"/>
            <w:r>
              <w:t xml:space="preserve"> of </w:t>
            </w:r>
            <w:proofErr w:type="spellStart"/>
            <w:r>
              <w:t>verbranden</w:t>
            </w:r>
            <w:proofErr w:type="spellEnd"/>
            <w:r>
              <w:t xml:space="preserve"> door de </w:t>
            </w:r>
            <w:proofErr w:type="spellStart"/>
            <w:r>
              <w:t>zon</w:t>
            </w:r>
            <w:proofErr w:type="spellEnd"/>
            <w:r>
              <w:t xml:space="preserve"> op je </w:t>
            </w:r>
            <w:proofErr w:type="spellStart"/>
            <w:r>
              <w:t>borst</w:t>
            </w:r>
            <w:proofErr w:type="spellEnd"/>
            <w:r>
              <w:t xml:space="preserve">, </w:t>
            </w:r>
            <w:proofErr w:type="spellStart"/>
            <w:r>
              <w:t>gezicht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/of </w:t>
            </w:r>
            <w:proofErr w:type="spellStart"/>
            <w:r>
              <w:t>schouders</w:t>
            </w:r>
            <w:proofErr w:type="spellEnd"/>
            <w:r>
              <w:t>?</w:t>
            </w:r>
          </w:p>
        </w:tc>
        <w:tc>
          <w:tcPr>
            <w:tcW w:w="3366" w:type="dxa"/>
          </w:tcPr>
          <w:p w14:paraId="1E123C67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9A97DF2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7B9A101F" w14:textId="72D015A3" w:rsidR="00AC22C4" w:rsidRDefault="00867452">
            <w:r>
              <w:t xml:space="preserve">Heb je last van </w:t>
            </w:r>
            <w:proofErr w:type="spellStart"/>
            <w:r>
              <w:t>pijnlijke</w:t>
            </w:r>
            <w:proofErr w:type="spellEnd"/>
            <w:r>
              <w:t xml:space="preserve"> </w:t>
            </w:r>
            <w:proofErr w:type="spellStart"/>
            <w:r>
              <w:t>gewrichten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60697B3B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570DD43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06517BE4" w14:textId="33DAF59E" w:rsidR="00AC22C4" w:rsidRDefault="00867452">
            <w:proofErr w:type="spellStart"/>
            <w:r>
              <w:t>Zijn</w:t>
            </w:r>
            <w:proofErr w:type="spellEnd"/>
            <w:r>
              <w:t xml:space="preserve"> er </w:t>
            </w:r>
            <w:proofErr w:type="spellStart"/>
            <w:r>
              <w:t>recente</w:t>
            </w:r>
            <w:proofErr w:type="spellEnd"/>
            <w:r>
              <w:t xml:space="preserve"> </w:t>
            </w:r>
            <w:proofErr w:type="spellStart"/>
            <w:r>
              <w:t>blessures</w:t>
            </w:r>
            <w:proofErr w:type="spellEnd"/>
            <w:r>
              <w:t xml:space="preserve"> van je </w:t>
            </w:r>
            <w:proofErr w:type="spellStart"/>
            <w:r>
              <w:t>polsen</w:t>
            </w:r>
            <w:proofErr w:type="spellEnd"/>
            <w:r>
              <w:t xml:space="preserve">, </w:t>
            </w:r>
            <w:proofErr w:type="spellStart"/>
            <w:r>
              <w:t>schouders</w:t>
            </w:r>
            <w:proofErr w:type="spellEnd"/>
            <w:r>
              <w:t xml:space="preserve">, </w:t>
            </w:r>
            <w:proofErr w:type="spellStart"/>
            <w:r>
              <w:t>lage</w:t>
            </w:r>
            <w:proofErr w:type="spellEnd"/>
            <w:r>
              <w:t xml:space="preserve"> rug of </w:t>
            </w:r>
            <w:proofErr w:type="spellStart"/>
            <w:r>
              <w:t>knieen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7F0A9E89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C0D8C40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65E537F7" w14:textId="720D7B59" w:rsidR="00AC22C4" w:rsidRDefault="00867452">
            <w:r>
              <w:t xml:space="preserve">Heb je </w:t>
            </w:r>
            <w:proofErr w:type="spellStart"/>
            <w:r>
              <w:t>geen</w:t>
            </w:r>
            <w:proofErr w:type="spellEnd"/>
            <w:r>
              <w:t xml:space="preserve"> zin </w:t>
            </w:r>
            <w:proofErr w:type="spellStart"/>
            <w:r>
              <w:t>meer</w:t>
            </w:r>
            <w:proofErr w:type="spellEnd"/>
            <w:r>
              <w:t xml:space="preserve"> in </w:t>
            </w:r>
            <w:proofErr w:type="spellStart"/>
            <w:r>
              <w:t>lichaamsbeweging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25A0FCC3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C7E331F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1ECA2AB3" w14:textId="0A41F414" w:rsidR="00AC22C4" w:rsidRDefault="00867452">
            <w:r>
              <w:t xml:space="preserve">Heb je </w:t>
            </w:r>
            <w:proofErr w:type="spellStart"/>
            <w:r>
              <w:t>botontkalking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4CD4D863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C8A413D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307BE7FB" w14:textId="1F3D68BA" w:rsidR="00AC22C4" w:rsidRDefault="00867452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vaginale</w:t>
            </w:r>
            <w:proofErr w:type="spellEnd"/>
            <w:r>
              <w:t xml:space="preserve"> </w:t>
            </w:r>
            <w:proofErr w:type="spellStart"/>
            <w:r>
              <w:t>droogheid</w:t>
            </w:r>
            <w:proofErr w:type="spellEnd"/>
            <w:r>
              <w:t xml:space="preserve">, </w:t>
            </w:r>
            <w:proofErr w:type="spellStart"/>
            <w:r>
              <w:t>irritatie</w:t>
            </w:r>
            <w:proofErr w:type="spellEnd"/>
            <w:r>
              <w:t xml:space="preserve"> of </w:t>
            </w:r>
            <w:proofErr w:type="spellStart"/>
            <w:r>
              <w:t>een</w:t>
            </w:r>
            <w:proofErr w:type="spellEnd"/>
            <w:r>
              <w:t xml:space="preserve"> minder </w:t>
            </w:r>
            <w:proofErr w:type="spellStart"/>
            <w:r>
              <w:t>gevoel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1C7F591C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3BFA2AF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3EF5B899" w14:textId="11E769A9" w:rsidR="00AC22C4" w:rsidRDefault="00867452">
            <w:r>
              <w:t xml:space="preserve">Heb je elders </w:t>
            </w:r>
            <w:proofErr w:type="spellStart"/>
            <w:r>
              <w:t>gebrek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vocht</w:t>
            </w:r>
            <w:proofErr w:type="spellEnd"/>
            <w:r>
              <w:t xml:space="preserve">? </w:t>
            </w:r>
            <w:proofErr w:type="spellStart"/>
            <w:r>
              <w:t>Bijv</w:t>
            </w:r>
            <w:proofErr w:type="spellEnd"/>
            <w:r>
              <w:t xml:space="preserve">. Droge </w:t>
            </w:r>
            <w:proofErr w:type="spellStart"/>
            <w:r>
              <w:t>ogen</w:t>
            </w:r>
            <w:proofErr w:type="spellEnd"/>
            <w:r>
              <w:t xml:space="preserve"> of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droge</w:t>
            </w:r>
            <w:proofErr w:type="spellEnd"/>
            <w:r>
              <w:t xml:space="preserve"> </w:t>
            </w:r>
            <w:proofErr w:type="spellStart"/>
            <w:r>
              <w:t>huid</w:t>
            </w:r>
            <w:proofErr w:type="spellEnd"/>
            <w:r>
              <w:t>?</w:t>
            </w:r>
            <w:r w:rsidR="00702423">
              <w:br/>
            </w:r>
          </w:p>
        </w:tc>
        <w:tc>
          <w:tcPr>
            <w:tcW w:w="3366" w:type="dxa"/>
          </w:tcPr>
          <w:p w14:paraId="73B78D96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459B00D" w14:textId="77777777" w:rsidTr="009D3C65">
        <w:trPr>
          <w:jc w:val="center"/>
        </w:trPr>
        <w:tc>
          <w:tcPr>
            <w:tcW w:w="6946" w:type="dxa"/>
            <w:shd w:val="clear" w:color="auto" w:fill="F6F4F0"/>
          </w:tcPr>
          <w:p w14:paraId="49D102B1" w14:textId="5C683BE7" w:rsidR="00AC22C4" w:rsidRDefault="00867452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la</w:t>
            </w:r>
            <w:r w:rsidR="00761BE6">
              <w:t>a</w:t>
            </w:r>
            <w:r>
              <w:t>g</w:t>
            </w:r>
            <w:proofErr w:type="spellEnd"/>
            <w:r>
              <w:t xml:space="preserve"> libido of </w:t>
            </w:r>
            <w:proofErr w:type="spellStart"/>
            <w:r>
              <w:t>pijn</w:t>
            </w:r>
            <w:proofErr w:type="spellEnd"/>
            <w:r>
              <w:t xml:space="preserve"> </w:t>
            </w:r>
            <w:proofErr w:type="spellStart"/>
            <w:r>
              <w:t>tijdens</w:t>
            </w:r>
            <w:proofErr w:type="spellEnd"/>
            <w:r>
              <w:t xml:space="preserve"> de sex?</w:t>
            </w:r>
            <w:r w:rsidR="00702423">
              <w:br/>
            </w:r>
          </w:p>
        </w:tc>
        <w:tc>
          <w:tcPr>
            <w:tcW w:w="3366" w:type="dxa"/>
          </w:tcPr>
          <w:p w14:paraId="72612873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</w:tbl>
    <w:p w14:paraId="4FC3A855" w14:textId="77777777" w:rsidR="00AC22C4" w:rsidRDefault="00000000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AC22C4" w14:paraId="29E63B75" w14:textId="77777777">
        <w:trPr>
          <w:jc w:val="center"/>
        </w:trPr>
        <w:tc>
          <w:tcPr>
            <w:tcW w:w="10312" w:type="dxa"/>
            <w:shd w:val="clear" w:color="auto" w:fill="A2A0DF"/>
          </w:tcPr>
          <w:p w14:paraId="201D94E8" w14:textId="77777777" w:rsidR="00AC22C4" w:rsidRDefault="00000000">
            <w:pPr>
              <w:jc w:val="center"/>
            </w:pPr>
            <w:r>
              <w:rPr>
                <w:b/>
                <w:sz w:val="30"/>
              </w:rPr>
              <w:lastRenderedPageBreak/>
              <w:t>Deel F</w:t>
            </w:r>
          </w:p>
        </w:tc>
      </w:tr>
    </w:tbl>
    <w:p w14:paraId="0083D3AB" w14:textId="77777777" w:rsidR="00AC22C4" w:rsidRDefault="00AC22C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63"/>
        <w:gridCol w:w="3649"/>
      </w:tblGrid>
      <w:tr w:rsidR="00AC22C4" w14:paraId="6612D411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5C5C0AA1" w14:textId="74213302" w:rsidR="00AC22C4" w:rsidRDefault="00113FAE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haaruitval</w:t>
            </w:r>
            <w:proofErr w:type="spellEnd"/>
            <w:r>
              <w:t>?</w:t>
            </w:r>
            <w:r>
              <w:br/>
              <w:t xml:space="preserve">Incl </w:t>
            </w:r>
            <w:proofErr w:type="spellStart"/>
            <w:r>
              <w:t>buitenste</w:t>
            </w:r>
            <w:proofErr w:type="spellEnd"/>
            <w:r>
              <w:t xml:space="preserve"> </w:t>
            </w:r>
            <w:proofErr w:type="spellStart"/>
            <w:r>
              <w:t>deel</w:t>
            </w:r>
            <w:proofErr w:type="spellEnd"/>
            <w:r>
              <w:t xml:space="preserve"> </w:t>
            </w:r>
            <w:proofErr w:type="spellStart"/>
            <w:r>
              <w:t>wenkbrauwen</w:t>
            </w:r>
            <w:proofErr w:type="spellEnd"/>
            <w:r>
              <w:t xml:space="preserve"> of </w:t>
            </w:r>
            <w:proofErr w:type="spellStart"/>
            <w:r>
              <w:t>wimpers</w:t>
            </w:r>
            <w:proofErr w:type="spellEnd"/>
          </w:p>
        </w:tc>
        <w:tc>
          <w:tcPr>
            <w:tcW w:w="3649" w:type="dxa"/>
          </w:tcPr>
          <w:p w14:paraId="5210B594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5A12DCE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7B5E8031" w14:textId="68B4DC5B" w:rsidR="00AC22C4" w:rsidRDefault="00113FAE">
            <w:r>
              <w:t xml:space="preserve">Heb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droge</w:t>
            </w:r>
            <w:proofErr w:type="spellEnd"/>
            <w:r>
              <w:t xml:space="preserve"> </w:t>
            </w:r>
            <w:proofErr w:type="spellStart"/>
            <w:r>
              <w:t>huid</w:t>
            </w:r>
            <w:proofErr w:type="spellEnd"/>
            <w:r>
              <w:t>?</w:t>
            </w:r>
            <w:r>
              <w:br/>
            </w:r>
          </w:p>
        </w:tc>
        <w:tc>
          <w:tcPr>
            <w:tcW w:w="3649" w:type="dxa"/>
          </w:tcPr>
          <w:p w14:paraId="7368C6D7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7737150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6366E983" w14:textId="51A527C1" w:rsidR="00AC22C4" w:rsidRDefault="00113FAE">
            <w:r>
              <w:t xml:space="preserve">Heb je </w:t>
            </w:r>
            <w:proofErr w:type="spellStart"/>
            <w:r>
              <w:t>droog</w:t>
            </w:r>
            <w:proofErr w:type="spellEnd"/>
            <w:r>
              <w:t>/</w:t>
            </w:r>
            <w:proofErr w:type="spellStart"/>
            <w:r>
              <w:t>stroachtig</w:t>
            </w:r>
            <w:proofErr w:type="spellEnd"/>
            <w:r>
              <w:t xml:space="preserve"> </w:t>
            </w:r>
            <w:proofErr w:type="spellStart"/>
            <w:r>
              <w:t>haar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</w:t>
            </w:r>
            <w:proofErr w:type="spellStart"/>
            <w:r>
              <w:t>snel</w:t>
            </w:r>
            <w:proofErr w:type="spellEnd"/>
            <w:r>
              <w:t xml:space="preserve"> </w:t>
            </w:r>
            <w:proofErr w:type="spellStart"/>
            <w:r>
              <w:t>klit</w:t>
            </w:r>
            <w:proofErr w:type="spellEnd"/>
            <w:r>
              <w:t>?</w:t>
            </w:r>
            <w:r>
              <w:br/>
            </w:r>
          </w:p>
        </w:tc>
        <w:tc>
          <w:tcPr>
            <w:tcW w:w="3649" w:type="dxa"/>
          </w:tcPr>
          <w:p w14:paraId="7E1930D6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D82B234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12CECF60" w14:textId="22828D56" w:rsidR="00AC22C4" w:rsidRDefault="0065389E">
            <w:r>
              <w:t xml:space="preserve">Heb je </w:t>
            </w:r>
            <w:proofErr w:type="spellStart"/>
            <w:r>
              <w:t>dunne</w:t>
            </w:r>
            <w:proofErr w:type="spellEnd"/>
            <w:r>
              <w:t xml:space="preserve">, </w:t>
            </w:r>
            <w:proofErr w:type="spellStart"/>
            <w:r>
              <w:t>broze</w:t>
            </w:r>
            <w:proofErr w:type="spellEnd"/>
            <w:r>
              <w:t xml:space="preserve"> </w:t>
            </w:r>
            <w:proofErr w:type="spellStart"/>
            <w:r>
              <w:t>vingernagels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22F64A07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6D0F992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79FB4F8D" w14:textId="66650D63" w:rsidR="00AC22C4" w:rsidRDefault="0065389E">
            <w:r>
              <w:t xml:space="preserve">Houd je </w:t>
            </w:r>
            <w:proofErr w:type="spellStart"/>
            <w:r>
              <w:t>vocht</w:t>
            </w:r>
            <w:proofErr w:type="spellEnd"/>
            <w:r>
              <w:t xml:space="preserve"> vast of </w:t>
            </w:r>
            <w:proofErr w:type="spellStart"/>
            <w:r>
              <w:t>heb</w:t>
            </w:r>
            <w:proofErr w:type="spellEnd"/>
            <w:r>
              <w:t xml:space="preserve"> je </w:t>
            </w:r>
            <w:proofErr w:type="spellStart"/>
            <w:r>
              <w:t>gezwollen</w:t>
            </w:r>
            <w:proofErr w:type="spellEnd"/>
            <w:r>
              <w:t xml:space="preserve"> </w:t>
            </w:r>
            <w:proofErr w:type="spellStart"/>
            <w:r>
              <w:t>enkels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3927CC2F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76A05C4C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5A032F5A" w14:textId="2C93FF65" w:rsidR="00AC22C4" w:rsidRDefault="0065389E">
            <w:proofErr w:type="spellStart"/>
            <w:r>
              <w:t>Zijn</w:t>
            </w:r>
            <w:proofErr w:type="spellEnd"/>
            <w:r>
              <w:t xml:space="preserve"> er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paar</w:t>
            </w:r>
            <w:proofErr w:type="spellEnd"/>
            <w:r>
              <w:t xml:space="preserve"> kilo’s die je maar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kwijt</w:t>
            </w:r>
            <w:proofErr w:type="spellEnd"/>
            <w:r>
              <w:t xml:space="preserve"> </w:t>
            </w:r>
            <w:proofErr w:type="spellStart"/>
            <w:r>
              <w:t>raakt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473C7D51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A9D8FD5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0101C194" w14:textId="4A9715BA" w:rsidR="00AC22C4" w:rsidRDefault="0065389E">
            <w:r>
              <w:t xml:space="preserve">Heb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hoog</w:t>
            </w:r>
            <w:proofErr w:type="spellEnd"/>
            <w:r>
              <w:t xml:space="preserve"> </w:t>
            </w:r>
            <w:proofErr w:type="spellStart"/>
            <w:r>
              <w:t>cholesterolgehalte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3B6C08E2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2D690FB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49A3B97E" w14:textId="0269E23F" w:rsidR="00AC22C4" w:rsidRDefault="0065389E">
            <w:r>
              <w:t xml:space="preserve">Heb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stoelgang</w:t>
            </w:r>
            <w:proofErr w:type="spellEnd"/>
            <w:r>
              <w:t xml:space="preserve"> van minder dan 1x per </w:t>
            </w:r>
            <w:proofErr w:type="spellStart"/>
            <w:r>
              <w:t>dag</w:t>
            </w:r>
            <w:proofErr w:type="spellEnd"/>
            <w:r>
              <w:t xml:space="preserve"> of het </w:t>
            </w:r>
            <w:proofErr w:type="spellStart"/>
            <w:r>
              <w:t>gevoel</w:t>
            </w:r>
            <w:proofErr w:type="spellEnd"/>
            <w:r>
              <w:t xml:space="preserve">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helemaal</w:t>
            </w:r>
            <w:proofErr w:type="spellEnd"/>
            <w:r>
              <w:t xml:space="preserve"> </w:t>
            </w:r>
            <w:proofErr w:type="spellStart"/>
            <w:r>
              <w:t>leeg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290FEBD2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2111243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5C84E824" w14:textId="7CC021D9" w:rsidR="00AC22C4" w:rsidRDefault="0065389E">
            <w:r>
              <w:t xml:space="preserve">Heb je </w:t>
            </w:r>
            <w:proofErr w:type="spellStart"/>
            <w:r>
              <w:t>herhalend</w:t>
            </w:r>
            <w:proofErr w:type="spellEnd"/>
            <w:r>
              <w:t xml:space="preserve"> </w:t>
            </w:r>
            <w:proofErr w:type="spellStart"/>
            <w:r>
              <w:t>optredende</w:t>
            </w:r>
            <w:proofErr w:type="spellEnd"/>
            <w:r>
              <w:t xml:space="preserve"> </w:t>
            </w:r>
            <w:proofErr w:type="spellStart"/>
            <w:r>
              <w:t>hoofdpijn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71CA89B0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15AA31A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63F6486A" w14:textId="0E22E25F" w:rsidR="00AC22C4" w:rsidRDefault="0065389E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verminderd</w:t>
            </w:r>
            <w:proofErr w:type="spellEnd"/>
            <w:r>
              <w:t xml:space="preserve"> </w:t>
            </w:r>
            <w:proofErr w:type="spellStart"/>
            <w:r>
              <w:t>transpireren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7A44ED90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DDE32FE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4D2FE49A" w14:textId="1AE79F8F" w:rsidR="00AC22C4" w:rsidRDefault="0065389E">
            <w:proofErr w:type="spellStart"/>
            <w:r>
              <w:t>Ervaar</w:t>
            </w:r>
            <w:proofErr w:type="spellEnd"/>
            <w:r>
              <w:t xml:space="preserve"> je spier- of </w:t>
            </w:r>
            <w:proofErr w:type="spellStart"/>
            <w:r>
              <w:t>gewrichtpijn</w:t>
            </w:r>
            <w:proofErr w:type="spellEnd"/>
            <w:r>
              <w:t xml:space="preserve"> of </w:t>
            </w:r>
            <w:proofErr w:type="spellStart"/>
            <w:r>
              <w:t>slappe</w:t>
            </w:r>
            <w:proofErr w:type="spellEnd"/>
            <w:r>
              <w:t xml:space="preserve"> </w:t>
            </w:r>
            <w:proofErr w:type="spellStart"/>
            <w:r>
              <w:t>spieren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4161BEB6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BF8E4AB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3057232D" w14:textId="6230C8B0" w:rsidR="00AC22C4" w:rsidRDefault="0065389E">
            <w:r>
              <w:t xml:space="preserve">Heb je </w:t>
            </w:r>
            <w:proofErr w:type="spellStart"/>
            <w:r>
              <w:t>regelmatig</w:t>
            </w:r>
            <w:proofErr w:type="spellEnd"/>
            <w:r>
              <w:t xml:space="preserve"> </w:t>
            </w:r>
            <w:proofErr w:type="spellStart"/>
            <w:r>
              <w:t>tintelende</w:t>
            </w:r>
            <w:proofErr w:type="spellEnd"/>
            <w:r>
              <w:t xml:space="preserve"> </w:t>
            </w:r>
            <w:proofErr w:type="spellStart"/>
            <w:r>
              <w:t>handen</w:t>
            </w:r>
            <w:proofErr w:type="spellEnd"/>
            <w:r>
              <w:t xml:space="preserve"> of </w:t>
            </w:r>
            <w:proofErr w:type="spellStart"/>
            <w:r>
              <w:t>voeten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19ED3437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71BF680B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566940EC" w14:textId="70D12A83" w:rsidR="00AC22C4" w:rsidRDefault="0065389E">
            <w:r>
              <w:t xml:space="preserve">Heb je </w:t>
            </w:r>
            <w:proofErr w:type="spellStart"/>
            <w:r>
              <w:t>koude</w:t>
            </w:r>
            <w:proofErr w:type="spellEnd"/>
            <w:r>
              <w:t xml:space="preserve"> </w:t>
            </w:r>
            <w:proofErr w:type="spellStart"/>
            <w:r>
              <w:t>handen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voeten</w:t>
            </w:r>
            <w:proofErr w:type="spellEnd"/>
            <w:r>
              <w:t xml:space="preserve">? Kun je </w:t>
            </w:r>
            <w:proofErr w:type="spellStart"/>
            <w:r>
              <w:t>slecht</w:t>
            </w:r>
            <w:proofErr w:type="spellEnd"/>
            <w:r>
              <w:t xml:space="preserve"> </w:t>
            </w:r>
            <w:proofErr w:type="spellStart"/>
            <w:r>
              <w:t>tegen</w:t>
            </w:r>
            <w:proofErr w:type="spellEnd"/>
            <w:r>
              <w:t xml:space="preserve"> </w:t>
            </w:r>
            <w:proofErr w:type="spellStart"/>
            <w:r>
              <w:t>kou</w:t>
            </w:r>
            <w:proofErr w:type="spellEnd"/>
            <w:r>
              <w:t xml:space="preserve"> of </w:t>
            </w:r>
            <w:proofErr w:type="spellStart"/>
            <w:r>
              <w:t>warmte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1EEC7E8B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FD20FC4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57076E1F" w14:textId="76631E84" w:rsidR="00AC22C4" w:rsidRDefault="0065389E">
            <w:r>
              <w:t xml:space="preserve">Ben je </w:t>
            </w:r>
            <w:proofErr w:type="spellStart"/>
            <w:r>
              <w:t>gevoelig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kou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53188C7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2B2B9ED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68B3BE2C" w14:textId="6F01463E" w:rsidR="00AC22C4" w:rsidRDefault="0065389E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trage</w:t>
            </w:r>
            <w:proofErr w:type="spellEnd"/>
            <w:r>
              <w:t xml:space="preserve"> </w:t>
            </w:r>
            <w:proofErr w:type="spellStart"/>
            <w:r>
              <w:t>spraak</w:t>
            </w:r>
            <w:proofErr w:type="spellEnd"/>
            <w:r>
              <w:t xml:space="preserve">, </w:t>
            </w:r>
            <w:proofErr w:type="spellStart"/>
            <w:r>
              <w:t>wellicht</w:t>
            </w:r>
            <w:proofErr w:type="spellEnd"/>
            <w:r>
              <w:t xml:space="preserve"> met </w:t>
            </w:r>
            <w:proofErr w:type="spellStart"/>
            <w:r>
              <w:t>hese</w:t>
            </w:r>
            <w:proofErr w:type="spellEnd"/>
            <w:r>
              <w:t>/</w:t>
            </w:r>
            <w:proofErr w:type="spellStart"/>
            <w:r>
              <w:t>stokkende</w:t>
            </w:r>
            <w:proofErr w:type="spellEnd"/>
            <w:r>
              <w:t xml:space="preserve"> stem</w:t>
            </w:r>
          </w:p>
        </w:tc>
        <w:tc>
          <w:tcPr>
            <w:tcW w:w="3649" w:type="dxa"/>
          </w:tcPr>
          <w:p w14:paraId="52939472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65389E" w14:paraId="3CDA8F98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12C130A7" w14:textId="33D6D0B3" w:rsidR="0065389E" w:rsidRDefault="0065389E">
            <w:r>
              <w:t xml:space="preserve">Voel je </w:t>
            </w:r>
            <w:proofErr w:type="spellStart"/>
            <w:r>
              <w:t>je</w:t>
            </w:r>
            <w:proofErr w:type="spellEnd"/>
            <w:r>
              <w:t xml:space="preserve"> </w:t>
            </w:r>
            <w:proofErr w:type="spellStart"/>
            <w:r>
              <w:t>lusteloos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18743323" w14:textId="4AF211B6" w:rsidR="0065389E" w:rsidRDefault="006A503F">
            <w:pPr>
              <w:jc w:val="center"/>
            </w:pPr>
            <w:r>
              <w:t>☐ Ja      ☐ Nee</w:t>
            </w:r>
          </w:p>
        </w:tc>
      </w:tr>
      <w:tr w:rsidR="0065389E" w14:paraId="1A0F51B2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649B2E11" w14:textId="58C87504" w:rsidR="0065389E" w:rsidRDefault="006A503F">
            <w:r>
              <w:t xml:space="preserve">Heb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trage</w:t>
            </w:r>
            <w:proofErr w:type="spellEnd"/>
            <w:r>
              <w:t xml:space="preserve"> </w:t>
            </w:r>
            <w:proofErr w:type="spellStart"/>
            <w:r>
              <w:t>hartslag</w:t>
            </w:r>
            <w:proofErr w:type="spellEnd"/>
            <w:r>
              <w:t xml:space="preserve">? (minder dan 60 </w:t>
            </w:r>
            <w:proofErr w:type="spellStart"/>
            <w:r>
              <w:t>slagen</w:t>
            </w:r>
            <w:proofErr w:type="spellEnd"/>
            <w:r>
              <w:t xml:space="preserve"> per </w:t>
            </w:r>
            <w:proofErr w:type="spellStart"/>
            <w:r>
              <w:t>minuut</w:t>
            </w:r>
            <w:proofErr w:type="spellEnd"/>
            <w:r>
              <w:t>)</w:t>
            </w:r>
          </w:p>
        </w:tc>
        <w:tc>
          <w:tcPr>
            <w:tcW w:w="3649" w:type="dxa"/>
          </w:tcPr>
          <w:p w14:paraId="30431F2A" w14:textId="439E3E0C" w:rsidR="0065389E" w:rsidRDefault="006A503F">
            <w:pPr>
              <w:jc w:val="center"/>
            </w:pPr>
            <w:r>
              <w:t>☐ Ja      ☐ Nee</w:t>
            </w:r>
          </w:p>
        </w:tc>
      </w:tr>
      <w:tr w:rsidR="00AC22C4" w14:paraId="6FD07CEB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1D936AC7" w14:textId="5140BEC1" w:rsidR="00AC22C4" w:rsidRDefault="0065389E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vermoeidheid</w:t>
            </w:r>
            <w:proofErr w:type="spellEnd"/>
            <w:r>
              <w:t xml:space="preserve"> </w:t>
            </w:r>
            <w:proofErr w:type="spellStart"/>
            <w:r>
              <w:t>vooral</w:t>
            </w:r>
            <w:proofErr w:type="spellEnd"/>
            <w:r>
              <w:t xml:space="preserve"> in de </w:t>
            </w:r>
            <w:proofErr w:type="spellStart"/>
            <w:r>
              <w:t>ochtend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3B74182E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C6E3576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2C5525E7" w14:textId="607B5F3A" w:rsidR="00AC22C4" w:rsidRDefault="0065389E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traag</w:t>
            </w:r>
            <w:proofErr w:type="spellEnd"/>
            <w:r>
              <w:t xml:space="preserve"> </w:t>
            </w:r>
            <w:proofErr w:type="spellStart"/>
            <w:r>
              <w:t>denken</w:t>
            </w:r>
            <w:proofErr w:type="spellEnd"/>
            <w:r>
              <w:t xml:space="preserve">? Heb je </w:t>
            </w:r>
            <w:proofErr w:type="spellStart"/>
            <w:r>
              <w:t>moeite</w:t>
            </w:r>
            <w:proofErr w:type="spellEnd"/>
            <w:r>
              <w:t xml:space="preserve"> met </w:t>
            </w:r>
            <w:proofErr w:type="spellStart"/>
            <w:r>
              <w:t>concentreren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599BE35C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6A503F" w14:paraId="42DA4767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396D7AB2" w14:textId="7DDB488E" w:rsidR="006A503F" w:rsidRDefault="006A503F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trage</w:t>
            </w:r>
            <w:proofErr w:type="spellEnd"/>
            <w:r>
              <w:t xml:space="preserve"> </w:t>
            </w:r>
            <w:proofErr w:type="spellStart"/>
            <w:r>
              <w:t>reflexen</w:t>
            </w:r>
            <w:proofErr w:type="spellEnd"/>
            <w:r>
              <w:t xml:space="preserve">, </w:t>
            </w:r>
            <w:proofErr w:type="spellStart"/>
            <w:r>
              <w:t>lange</w:t>
            </w:r>
            <w:proofErr w:type="spellEnd"/>
            <w:r>
              <w:t xml:space="preserve"> </w:t>
            </w:r>
            <w:proofErr w:type="spellStart"/>
            <w:r>
              <w:t>reactie</w:t>
            </w:r>
            <w:proofErr w:type="spellEnd"/>
            <w:r>
              <w:t xml:space="preserve"> </w:t>
            </w:r>
            <w:proofErr w:type="spellStart"/>
            <w:r>
              <w:t>tijd</w:t>
            </w:r>
            <w:proofErr w:type="spellEnd"/>
            <w:r>
              <w:t xml:space="preserve">? Haast </w:t>
            </w:r>
            <w:proofErr w:type="spellStart"/>
            <w:r>
              <w:t>iets</w:t>
            </w:r>
            <w:proofErr w:type="spellEnd"/>
            <w:r>
              <w:t xml:space="preserve"> </w:t>
            </w:r>
            <w:proofErr w:type="spellStart"/>
            <w:r>
              <w:t>apathisch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3808C0D4" w14:textId="28BF1E6A" w:rsidR="006A503F" w:rsidRDefault="006A503F">
            <w:pPr>
              <w:jc w:val="center"/>
            </w:pPr>
            <w:r>
              <w:t>☐ Ja      ☐ Nee</w:t>
            </w:r>
          </w:p>
        </w:tc>
      </w:tr>
      <w:tr w:rsidR="00AC22C4" w14:paraId="4F46D083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3B05BF11" w14:textId="1D3963F2" w:rsidR="00AC22C4" w:rsidRDefault="0065389E">
            <w:r>
              <w:t xml:space="preserve">Heb je </w:t>
            </w:r>
            <w:proofErr w:type="spellStart"/>
            <w:r>
              <w:t>weinig</w:t>
            </w:r>
            <w:proofErr w:type="spellEnd"/>
            <w:r>
              <w:t xml:space="preserve"> zin in sex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weet</w:t>
            </w:r>
            <w:proofErr w:type="spellEnd"/>
            <w:r>
              <w:t xml:space="preserve"> je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waarom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667FC8C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72580DC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6ABA1757" w14:textId="718F988C" w:rsidR="00AC22C4" w:rsidRDefault="0065389E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depressie</w:t>
            </w:r>
            <w:proofErr w:type="spellEnd"/>
            <w:r>
              <w:t xml:space="preserve"> of </w:t>
            </w:r>
            <w:proofErr w:type="spellStart"/>
            <w:r>
              <w:t>humeurigheid</w:t>
            </w:r>
            <w:proofErr w:type="spellEnd"/>
            <w:r>
              <w:t xml:space="preserve">? Is de </w:t>
            </w:r>
            <w:proofErr w:type="spellStart"/>
            <w:r>
              <w:t>wereld</w:t>
            </w:r>
            <w:proofErr w:type="spellEnd"/>
            <w:r>
              <w:t xml:space="preserve">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meer</w:t>
            </w:r>
            <w:proofErr w:type="spellEnd"/>
            <w:r>
              <w:t xml:space="preserve"> zo </w:t>
            </w:r>
            <w:proofErr w:type="spellStart"/>
            <w:r>
              <w:t>rooskleurig</w:t>
            </w:r>
            <w:proofErr w:type="spellEnd"/>
            <w:r>
              <w:t xml:space="preserve"> </w:t>
            </w:r>
            <w:proofErr w:type="spellStart"/>
            <w:r>
              <w:t>als</w:t>
            </w:r>
            <w:proofErr w:type="spellEnd"/>
            <w:r>
              <w:t xml:space="preserve"> </w:t>
            </w:r>
            <w:proofErr w:type="spellStart"/>
            <w:r>
              <w:t>vroeger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001E5813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786CC722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64CD34FD" w14:textId="51A799DC" w:rsidR="00AC22C4" w:rsidRDefault="0065389E">
            <w:proofErr w:type="spellStart"/>
            <w:r>
              <w:t>Gebruik</w:t>
            </w:r>
            <w:proofErr w:type="spellEnd"/>
            <w:r>
              <w:t xml:space="preserve"> je </w:t>
            </w:r>
            <w:proofErr w:type="spellStart"/>
            <w:r>
              <w:t>antidepressiva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2F76B78F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C43054E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0020498F" w14:textId="6AF4EBCC" w:rsidR="00AC22C4" w:rsidRDefault="0065389E">
            <w:r>
              <w:t xml:space="preserve">Heb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zware</w:t>
            </w:r>
            <w:proofErr w:type="spellEnd"/>
            <w:r>
              <w:t xml:space="preserve"> </w:t>
            </w:r>
            <w:proofErr w:type="spellStart"/>
            <w:r>
              <w:t>menstruatie</w:t>
            </w:r>
            <w:proofErr w:type="spellEnd"/>
            <w:r>
              <w:t xml:space="preserve"> of </w:t>
            </w:r>
            <w:proofErr w:type="spellStart"/>
            <w:r>
              <w:t>andere</w:t>
            </w:r>
            <w:proofErr w:type="spellEnd"/>
            <w:r>
              <w:t xml:space="preserve"> </w:t>
            </w:r>
            <w:proofErr w:type="spellStart"/>
            <w:r>
              <w:t>menstruele</w:t>
            </w:r>
            <w:proofErr w:type="spellEnd"/>
            <w:r>
              <w:t xml:space="preserve"> </w:t>
            </w:r>
            <w:proofErr w:type="spellStart"/>
            <w:r>
              <w:t>problemen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71B29D22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F2E01D0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622F7566" w14:textId="2A8D3BA2" w:rsidR="00AC22C4" w:rsidRDefault="0065389E">
            <w:r>
              <w:t xml:space="preserve">Ben je </w:t>
            </w:r>
            <w:proofErr w:type="spellStart"/>
            <w:r>
              <w:t>onvruchtbaar</w:t>
            </w:r>
            <w:proofErr w:type="spellEnd"/>
            <w:r>
              <w:t>/</w:t>
            </w:r>
            <w:proofErr w:type="spellStart"/>
            <w:r>
              <w:t>verminderd</w:t>
            </w:r>
            <w:proofErr w:type="spellEnd"/>
            <w:r>
              <w:t xml:space="preserve"> </w:t>
            </w:r>
            <w:proofErr w:type="spellStart"/>
            <w:r>
              <w:t>vruchtbaar</w:t>
            </w:r>
            <w:proofErr w:type="spellEnd"/>
            <w:r>
              <w:t>?</w:t>
            </w:r>
            <w:r>
              <w:br/>
              <w:t xml:space="preserve">Heb je </w:t>
            </w:r>
            <w:proofErr w:type="spellStart"/>
            <w:r>
              <w:t>verliesgeboortes</w:t>
            </w:r>
            <w:proofErr w:type="spellEnd"/>
            <w:r>
              <w:t xml:space="preserve"> Gehad? Heb je </w:t>
            </w:r>
            <w:proofErr w:type="spellStart"/>
            <w:r>
              <w:t>ervaring</w:t>
            </w:r>
            <w:proofErr w:type="spellEnd"/>
            <w:r>
              <w:t xml:space="preserve"> met </w:t>
            </w:r>
            <w:proofErr w:type="spellStart"/>
            <w:r>
              <w:t>vroeggeboorte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51B7B1D4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722EBA6F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73083C56" w14:textId="188FA81D" w:rsidR="00AC22C4" w:rsidRDefault="0065389E">
            <w:r>
              <w:t xml:space="preserve">Heb je </w:t>
            </w:r>
            <w:proofErr w:type="spellStart"/>
            <w:r>
              <w:t>een</w:t>
            </w:r>
            <w:proofErr w:type="spellEnd"/>
            <w:r>
              <w:t xml:space="preserve"> Struma; </w:t>
            </w:r>
            <w:proofErr w:type="spellStart"/>
            <w:r>
              <w:t>vergrootte</w:t>
            </w:r>
            <w:proofErr w:type="spellEnd"/>
            <w:r>
              <w:t xml:space="preserve"> </w:t>
            </w:r>
            <w:proofErr w:type="spellStart"/>
            <w:r>
              <w:t>schildklier</w:t>
            </w:r>
            <w:proofErr w:type="spellEnd"/>
            <w:r>
              <w:t xml:space="preserve">? </w:t>
            </w:r>
            <w:r>
              <w:br/>
              <w:t>(</w:t>
            </w:r>
            <w:proofErr w:type="spellStart"/>
            <w:r>
              <w:t>moeite</w:t>
            </w:r>
            <w:proofErr w:type="spellEnd"/>
            <w:r>
              <w:t xml:space="preserve"> met </w:t>
            </w:r>
            <w:proofErr w:type="spellStart"/>
            <w:r>
              <w:t>slikken</w:t>
            </w:r>
            <w:proofErr w:type="spellEnd"/>
            <w:r>
              <w:t xml:space="preserve"> of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dikke</w:t>
            </w:r>
            <w:proofErr w:type="spellEnd"/>
            <w:r>
              <w:t xml:space="preserve"> tong)</w:t>
            </w:r>
          </w:p>
        </w:tc>
        <w:tc>
          <w:tcPr>
            <w:tcW w:w="3649" w:type="dxa"/>
          </w:tcPr>
          <w:p w14:paraId="1DFF9CCA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69164E08" w14:textId="77777777" w:rsidTr="0065389E">
        <w:trPr>
          <w:jc w:val="center"/>
        </w:trPr>
        <w:tc>
          <w:tcPr>
            <w:tcW w:w="6663" w:type="dxa"/>
            <w:shd w:val="clear" w:color="auto" w:fill="F6F4F0"/>
          </w:tcPr>
          <w:p w14:paraId="05B3385A" w14:textId="54A3FAFF" w:rsidR="00AC22C4" w:rsidRDefault="0065389E">
            <w:r>
              <w:t xml:space="preserve">Is er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familiegeschiedenis</w:t>
            </w:r>
            <w:proofErr w:type="spellEnd"/>
            <w:r>
              <w:t xml:space="preserve"> van </w:t>
            </w:r>
            <w:proofErr w:type="spellStart"/>
            <w:r>
              <w:t>schildklierproblemen</w:t>
            </w:r>
            <w:proofErr w:type="spellEnd"/>
            <w:r>
              <w:t>?</w:t>
            </w:r>
          </w:p>
        </w:tc>
        <w:tc>
          <w:tcPr>
            <w:tcW w:w="3649" w:type="dxa"/>
          </w:tcPr>
          <w:p w14:paraId="47858A45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</w:tbl>
    <w:p w14:paraId="4533EA98" w14:textId="77777777" w:rsidR="00AC22C4" w:rsidRDefault="00000000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AC22C4" w14:paraId="00264B3B" w14:textId="77777777">
        <w:trPr>
          <w:jc w:val="center"/>
        </w:trPr>
        <w:tc>
          <w:tcPr>
            <w:tcW w:w="10312" w:type="dxa"/>
            <w:shd w:val="clear" w:color="auto" w:fill="A2A0DF"/>
          </w:tcPr>
          <w:p w14:paraId="73BBA142" w14:textId="77777777" w:rsidR="00AC22C4" w:rsidRDefault="00000000">
            <w:pPr>
              <w:jc w:val="center"/>
            </w:pPr>
            <w:r>
              <w:rPr>
                <w:b/>
                <w:sz w:val="30"/>
              </w:rPr>
              <w:lastRenderedPageBreak/>
              <w:t>Deel G</w:t>
            </w:r>
          </w:p>
        </w:tc>
      </w:tr>
    </w:tbl>
    <w:p w14:paraId="5820B96D" w14:textId="77777777" w:rsidR="00AC22C4" w:rsidRDefault="00AC22C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AC22C4" w14:paraId="302D2FCA" w14:textId="77777777">
        <w:trPr>
          <w:jc w:val="center"/>
        </w:trPr>
        <w:tc>
          <w:tcPr>
            <w:tcW w:w="5156" w:type="dxa"/>
            <w:shd w:val="clear" w:color="auto" w:fill="F6F4F0"/>
          </w:tcPr>
          <w:p w14:paraId="7A765DC4" w14:textId="35202761" w:rsidR="00AC22C4" w:rsidRDefault="003E6697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gewichtstoename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het eten van </w:t>
            </w:r>
            <w:proofErr w:type="spellStart"/>
            <w:r>
              <w:t>koolhydraten</w:t>
            </w:r>
            <w:proofErr w:type="spellEnd"/>
            <w:r>
              <w:t>?</w:t>
            </w:r>
          </w:p>
        </w:tc>
        <w:tc>
          <w:tcPr>
            <w:tcW w:w="5156" w:type="dxa"/>
          </w:tcPr>
          <w:p w14:paraId="29F82842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3E6697" w14:paraId="7D45D53F" w14:textId="77777777">
        <w:trPr>
          <w:jc w:val="center"/>
        </w:trPr>
        <w:tc>
          <w:tcPr>
            <w:tcW w:w="5156" w:type="dxa"/>
            <w:shd w:val="clear" w:color="auto" w:fill="F6F4F0"/>
          </w:tcPr>
          <w:p w14:paraId="291DF211" w14:textId="77777777" w:rsidR="003E6697" w:rsidRDefault="003E6697">
            <w:r>
              <w:t xml:space="preserve">Heb je </w:t>
            </w:r>
            <w:proofErr w:type="spellStart"/>
            <w:r>
              <w:t>snel</w:t>
            </w:r>
            <w:proofErr w:type="spellEnd"/>
            <w:r>
              <w:t xml:space="preserve"> </w:t>
            </w:r>
            <w:proofErr w:type="spellStart"/>
            <w:r>
              <w:t>weer</w:t>
            </w:r>
            <w:proofErr w:type="spellEnd"/>
            <w:r>
              <w:t xml:space="preserve"> trek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maaltijd</w:t>
            </w:r>
            <w:proofErr w:type="spellEnd"/>
            <w:r>
              <w:t>?</w:t>
            </w:r>
          </w:p>
          <w:p w14:paraId="55D9285C" w14:textId="0F1ED720" w:rsidR="006A3623" w:rsidRDefault="006A3623"/>
        </w:tc>
        <w:tc>
          <w:tcPr>
            <w:tcW w:w="5156" w:type="dxa"/>
          </w:tcPr>
          <w:p w14:paraId="06EE4125" w14:textId="2D2F8E43" w:rsidR="003E6697" w:rsidRDefault="003E6697">
            <w:pPr>
              <w:jc w:val="center"/>
            </w:pPr>
            <w:r>
              <w:t>☐ Ja      ☐ Nee</w:t>
            </w:r>
          </w:p>
        </w:tc>
      </w:tr>
      <w:tr w:rsidR="003E6697" w14:paraId="50276BDB" w14:textId="77777777">
        <w:trPr>
          <w:jc w:val="center"/>
        </w:trPr>
        <w:tc>
          <w:tcPr>
            <w:tcW w:w="5156" w:type="dxa"/>
            <w:shd w:val="clear" w:color="auto" w:fill="F6F4F0"/>
          </w:tcPr>
          <w:p w14:paraId="2619D320" w14:textId="77777777" w:rsidR="003E6697" w:rsidRDefault="003E6697">
            <w:r>
              <w:t xml:space="preserve">Voel je </w:t>
            </w:r>
            <w:proofErr w:type="spellStart"/>
            <w:proofErr w:type="gramStart"/>
            <w:r>
              <w:t>regelmatig</w:t>
            </w:r>
            <w:proofErr w:type="spellEnd"/>
            <w:r>
              <w:t>: ‘</w:t>
            </w:r>
            <w:proofErr w:type="spellStart"/>
            <w:proofErr w:type="gramEnd"/>
            <w:r>
              <w:t>ik</w:t>
            </w:r>
            <w:proofErr w:type="spellEnd"/>
            <w:r>
              <w:t xml:space="preserve"> </w:t>
            </w:r>
            <w:proofErr w:type="spellStart"/>
            <w:r>
              <w:t>moet</w:t>
            </w:r>
            <w:proofErr w:type="spellEnd"/>
            <w:r>
              <w:t xml:space="preserve"> NU eten’?</w:t>
            </w:r>
          </w:p>
          <w:p w14:paraId="1AD40E13" w14:textId="0A9A7D0D" w:rsidR="006A3623" w:rsidRDefault="006A3623"/>
        </w:tc>
        <w:tc>
          <w:tcPr>
            <w:tcW w:w="5156" w:type="dxa"/>
          </w:tcPr>
          <w:p w14:paraId="542CA79F" w14:textId="4389BB5E" w:rsidR="003E6697" w:rsidRDefault="007B116A">
            <w:pPr>
              <w:jc w:val="center"/>
            </w:pPr>
            <w:r>
              <w:t>☐ Ja      ☐ Nee</w:t>
            </w:r>
          </w:p>
        </w:tc>
      </w:tr>
      <w:tr w:rsidR="007B116A" w14:paraId="0A25469A" w14:textId="77777777">
        <w:trPr>
          <w:jc w:val="center"/>
        </w:trPr>
        <w:tc>
          <w:tcPr>
            <w:tcW w:w="5156" w:type="dxa"/>
            <w:shd w:val="clear" w:color="auto" w:fill="F6F4F0"/>
          </w:tcPr>
          <w:p w14:paraId="743923C0" w14:textId="77777777" w:rsidR="007B116A" w:rsidRDefault="007B116A">
            <w:proofErr w:type="spellStart"/>
            <w:r>
              <w:t>Krijg</w:t>
            </w:r>
            <w:proofErr w:type="spellEnd"/>
            <w:r>
              <w:t xml:space="preserve"> je </w:t>
            </w:r>
            <w:proofErr w:type="spellStart"/>
            <w:r>
              <w:t>hoofdpijn</w:t>
            </w:r>
            <w:proofErr w:type="spellEnd"/>
            <w:r>
              <w:t xml:space="preserve"> </w:t>
            </w:r>
            <w:proofErr w:type="spellStart"/>
            <w:r>
              <w:t>als</w:t>
            </w:r>
            <w:proofErr w:type="spellEnd"/>
            <w:r>
              <w:t xml:space="preserve"> je </w:t>
            </w:r>
            <w:proofErr w:type="spellStart"/>
            <w:r>
              <w:t>te</w:t>
            </w:r>
            <w:proofErr w:type="spellEnd"/>
            <w:r>
              <w:t xml:space="preserve"> lang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eet</w:t>
            </w:r>
            <w:proofErr w:type="spellEnd"/>
            <w:r>
              <w:t>?</w:t>
            </w:r>
          </w:p>
          <w:p w14:paraId="5A0AD704" w14:textId="79AED762" w:rsidR="006A3623" w:rsidRDefault="006A3623"/>
        </w:tc>
        <w:tc>
          <w:tcPr>
            <w:tcW w:w="5156" w:type="dxa"/>
          </w:tcPr>
          <w:p w14:paraId="6CE78D51" w14:textId="15E5ED3A" w:rsidR="007B116A" w:rsidRDefault="007B116A">
            <w:pPr>
              <w:jc w:val="center"/>
            </w:pPr>
            <w:r>
              <w:t>☐ Ja      ☐ Nee</w:t>
            </w:r>
          </w:p>
        </w:tc>
      </w:tr>
      <w:tr w:rsidR="00AC22C4" w14:paraId="3339C512" w14:textId="77777777">
        <w:trPr>
          <w:jc w:val="center"/>
        </w:trPr>
        <w:tc>
          <w:tcPr>
            <w:tcW w:w="5156" w:type="dxa"/>
            <w:shd w:val="clear" w:color="auto" w:fill="F6F4F0"/>
          </w:tcPr>
          <w:p w14:paraId="508F1A9E" w14:textId="3D1C53B0" w:rsidR="00AC22C4" w:rsidRDefault="003E6697">
            <w:r>
              <w:t xml:space="preserve">Heb je het </w:t>
            </w:r>
            <w:proofErr w:type="spellStart"/>
            <w:r>
              <w:t>gevoel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er </w:t>
            </w:r>
            <w:proofErr w:type="spellStart"/>
            <w:r>
              <w:t>meerdere</w:t>
            </w:r>
            <w:proofErr w:type="spellEnd"/>
            <w:r>
              <w:t xml:space="preserve"> </w:t>
            </w:r>
            <w:proofErr w:type="spellStart"/>
            <w:r>
              <w:t>vormen</w:t>
            </w:r>
            <w:proofErr w:type="spellEnd"/>
            <w:r>
              <w:t xml:space="preserve"> van </w:t>
            </w:r>
            <w:proofErr w:type="spellStart"/>
            <w:r>
              <w:t>ontstekingen</w:t>
            </w:r>
            <w:proofErr w:type="spellEnd"/>
            <w:r>
              <w:t xml:space="preserve"> in je </w:t>
            </w:r>
            <w:proofErr w:type="spellStart"/>
            <w:r>
              <w:t>lichaam</w:t>
            </w:r>
            <w:proofErr w:type="spellEnd"/>
            <w:r>
              <w:t xml:space="preserve"> </w:t>
            </w:r>
            <w:proofErr w:type="spellStart"/>
            <w:r>
              <w:t>zitten</w:t>
            </w:r>
            <w:proofErr w:type="spellEnd"/>
            <w:r>
              <w:t>?</w:t>
            </w:r>
          </w:p>
        </w:tc>
        <w:tc>
          <w:tcPr>
            <w:tcW w:w="5156" w:type="dxa"/>
          </w:tcPr>
          <w:p w14:paraId="1CFD0F1E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20B8FC3F" w14:textId="77777777">
        <w:trPr>
          <w:jc w:val="center"/>
        </w:trPr>
        <w:tc>
          <w:tcPr>
            <w:tcW w:w="5156" w:type="dxa"/>
            <w:shd w:val="clear" w:color="auto" w:fill="F6F4F0"/>
          </w:tcPr>
          <w:p w14:paraId="35221E7F" w14:textId="77777777" w:rsidR="00AC22C4" w:rsidRDefault="003E6697">
            <w:r>
              <w:t xml:space="preserve">Heb je </w:t>
            </w:r>
            <w:proofErr w:type="spellStart"/>
            <w:r>
              <w:t>voornamelijk</w:t>
            </w:r>
            <w:proofErr w:type="spellEnd"/>
            <w:r>
              <w:t xml:space="preserve"> </w:t>
            </w:r>
            <w:proofErr w:type="spellStart"/>
            <w:r>
              <w:t>vetopslag</w:t>
            </w:r>
            <w:proofErr w:type="spellEnd"/>
            <w:r>
              <w:t xml:space="preserve"> op de love handles?</w:t>
            </w:r>
          </w:p>
          <w:p w14:paraId="4A4A0ED7" w14:textId="6C71CDEC" w:rsidR="006A3623" w:rsidRDefault="006A3623"/>
        </w:tc>
        <w:tc>
          <w:tcPr>
            <w:tcW w:w="5156" w:type="dxa"/>
          </w:tcPr>
          <w:p w14:paraId="16283D01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CFBB008" w14:textId="77777777">
        <w:trPr>
          <w:jc w:val="center"/>
        </w:trPr>
        <w:tc>
          <w:tcPr>
            <w:tcW w:w="5156" w:type="dxa"/>
            <w:shd w:val="clear" w:color="auto" w:fill="F6F4F0"/>
          </w:tcPr>
          <w:p w14:paraId="73B1CF28" w14:textId="2E46ADA3" w:rsidR="00AC22C4" w:rsidRDefault="003E6697">
            <w:r>
              <w:t xml:space="preserve">Voel je </w:t>
            </w:r>
            <w:proofErr w:type="spellStart"/>
            <w:r>
              <w:t>wisselende</w:t>
            </w:r>
            <w:proofErr w:type="spellEnd"/>
            <w:r>
              <w:t xml:space="preserve"> </w:t>
            </w:r>
            <w:proofErr w:type="spellStart"/>
            <w:r>
              <w:t>energie</w:t>
            </w:r>
            <w:proofErr w:type="spellEnd"/>
            <w:r>
              <w:t xml:space="preserve"> </w:t>
            </w:r>
            <w:proofErr w:type="spellStart"/>
            <w:r>
              <w:t>gedurende</w:t>
            </w:r>
            <w:proofErr w:type="spellEnd"/>
            <w:r>
              <w:t xml:space="preserve"> de </w:t>
            </w:r>
            <w:proofErr w:type="spellStart"/>
            <w:r>
              <w:t>dag</w:t>
            </w:r>
            <w:proofErr w:type="spellEnd"/>
            <w:r>
              <w:t xml:space="preserve">? </w:t>
            </w:r>
            <w:r>
              <w:br/>
              <w:t xml:space="preserve">Heb je </w:t>
            </w:r>
            <w:proofErr w:type="spellStart"/>
            <w:r>
              <w:t>energiedips</w:t>
            </w:r>
            <w:proofErr w:type="spellEnd"/>
            <w:r>
              <w:t>?</w:t>
            </w:r>
          </w:p>
        </w:tc>
        <w:tc>
          <w:tcPr>
            <w:tcW w:w="5156" w:type="dxa"/>
          </w:tcPr>
          <w:p w14:paraId="07651C4F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21041EE" w14:textId="77777777">
        <w:trPr>
          <w:jc w:val="center"/>
        </w:trPr>
        <w:tc>
          <w:tcPr>
            <w:tcW w:w="5156" w:type="dxa"/>
            <w:shd w:val="clear" w:color="auto" w:fill="F6F4F0"/>
          </w:tcPr>
          <w:p w14:paraId="7BDD2AD3" w14:textId="77777777" w:rsidR="00AC22C4" w:rsidRDefault="003E6697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stemmingswisselingen</w:t>
            </w:r>
            <w:proofErr w:type="spellEnd"/>
            <w:r>
              <w:t>?</w:t>
            </w:r>
          </w:p>
          <w:p w14:paraId="6E9CF89F" w14:textId="2ABF1303" w:rsidR="006A3623" w:rsidRDefault="006A3623"/>
        </w:tc>
        <w:tc>
          <w:tcPr>
            <w:tcW w:w="5156" w:type="dxa"/>
          </w:tcPr>
          <w:p w14:paraId="16FAE42D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C74262D" w14:textId="77777777">
        <w:trPr>
          <w:jc w:val="center"/>
        </w:trPr>
        <w:tc>
          <w:tcPr>
            <w:tcW w:w="5156" w:type="dxa"/>
            <w:shd w:val="clear" w:color="auto" w:fill="F6F4F0"/>
          </w:tcPr>
          <w:p w14:paraId="774E5103" w14:textId="77777777" w:rsidR="00AC22C4" w:rsidRDefault="003E6697">
            <w:r>
              <w:t xml:space="preserve">Heb je </w:t>
            </w:r>
            <w:proofErr w:type="spellStart"/>
            <w:r>
              <w:t>officieel</w:t>
            </w:r>
            <w:proofErr w:type="spellEnd"/>
            <w:r>
              <w:t xml:space="preserve"> </w:t>
            </w:r>
            <w:proofErr w:type="spellStart"/>
            <w:r>
              <w:t>vastgestelde</w:t>
            </w:r>
            <w:proofErr w:type="spellEnd"/>
            <w:r>
              <w:t xml:space="preserve"> diabetes?</w:t>
            </w:r>
          </w:p>
          <w:p w14:paraId="34BE080D" w14:textId="74A36E4F" w:rsidR="006A3623" w:rsidRDefault="006A3623"/>
        </w:tc>
        <w:tc>
          <w:tcPr>
            <w:tcW w:w="5156" w:type="dxa"/>
          </w:tcPr>
          <w:p w14:paraId="7947A439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28D41D2" w14:textId="77777777">
        <w:trPr>
          <w:jc w:val="center"/>
        </w:trPr>
        <w:tc>
          <w:tcPr>
            <w:tcW w:w="5156" w:type="dxa"/>
            <w:shd w:val="clear" w:color="auto" w:fill="F6F4F0"/>
          </w:tcPr>
          <w:p w14:paraId="58CDCC38" w14:textId="77777777" w:rsidR="00AC22C4" w:rsidRDefault="003E6697">
            <w:proofErr w:type="spellStart"/>
            <w:r>
              <w:t>Ervaar</w:t>
            </w:r>
            <w:proofErr w:type="spellEnd"/>
            <w:r>
              <w:t xml:space="preserve"> je cravings </w:t>
            </w:r>
            <w:proofErr w:type="spellStart"/>
            <w:r>
              <w:t>naar</w:t>
            </w:r>
            <w:proofErr w:type="spellEnd"/>
            <w:r>
              <w:t xml:space="preserve"> </w:t>
            </w:r>
            <w:proofErr w:type="spellStart"/>
            <w:r>
              <w:t>zoet</w:t>
            </w:r>
            <w:proofErr w:type="spellEnd"/>
            <w:r>
              <w:t>?</w:t>
            </w:r>
          </w:p>
          <w:p w14:paraId="1EE975C6" w14:textId="40D52087" w:rsidR="006A3623" w:rsidRDefault="006A3623"/>
        </w:tc>
        <w:tc>
          <w:tcPr>
            <w:tcW w:w="5156" w:type="dxa"/>
          </w:tcPr>
          <w:p w14:paraId="7D57F635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87795DF" w14:textId="77777777">
        <w:trPr>
          <w:jc w:val="center"/>
        </w:trPr>
        <w:tc>
          <w:tcPr>
            <w:tcW w:w="5156" w:type="dxa"/>
            <w:shd w:val="clear" w:color="auto" w:fill="F6F4F0"/>
          </w:tcPr>
          <w:p w14:paraId="78C2D121" w14:textId="77777777" w:rsidR="00AC22C4" w:rsidRDefault="003E6697">
            <w:r>
              <w:t xml:space="preserve">Heb je </w:t>
            </w:r>
            <w:proofErr w:type="spellStart"/>
            <w:r>
              <w:t>vaak</w:t>
            </w:r>
            <w:proofErr w:type="spellEnd"/>
            <w:r>
              <w:t xml:space="preserve"> </w:t>
            </w:r>
            <w:proofErr w:type="spellStart"/>
            <w:r>
              <w:t>dorst</w:t>
            </w:r>
            <w:proofErr w:type="spellEnd"/>
            <w:r>
              <w:t>?</w:t>
            </w:r>
          </w:p>
          <w:p w14:paraId="7022E4C9" w14:textId="51B0C7DA" w:rsidR="006A3623" w:rsidRDefault="006A3623"/>
        </w:tc>
        <w:tc>
          <w:tcPr>
            <w:tcW w:w="5156" w:type="dxa"/>
          </w:tcPr>
          <w:p w14:paraId="05AFE883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</w:tbl>
    <w:p w14:paraId="2EBD7344" w14:textId="77777777" w:rsidR="00AC22C4" w:rsidRDefault="00000000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AC22C4" w14:paraId="379D8178" w14:textId="77777777">
        <w:trPr>
          <w:jc w:val="center"/>
        </w:trPr>
        <w:tc>
          <w:tcPr>
            <w:tcW w:w="10312" w:type="dxa"/>
            <w:shd w:val="clear" w:color="auto" w:fill="A2A0DF"/>
          </w:tcPr>
          <w:p w14:paraId="34FBB6B8" w14:textId="77777777" w:rsidR="00AC22C4" w:rsidRDefault="00000000">
            <w:pPr>
              <w:jc w:val="center"/>
            </w:pPr>
            <w:r>
              <w:rPr>
                <w:b/>
                <w:sz w:val="30"/>
              </w:rPr>
              <w:lastRenderedPageBreak/>
              <w:t>Deel H</w:t>
            </w:r>
          </w:p>
        </w:tc>
      </w:tr>
    </w:tbl>
    <w:p w14:paraId="307C9D28" w14:textId="77777777" w:rsidR="00AC22C4" w:rsidRDefault="00AC22C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96"/>
        <w:gridCol w:w="4216"/>
      </w:tblGrid>
      <w:tr w:rsidR="00AC22C4" w14:paraId="50D7762F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204ACFAB" w14:textId="22CEB702" w:rsidR="00AC22C4" w:rsidRDefault="006A3623">
            <w:r>
              <w:t xml:space="preserve">Heb je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vette</w:t>
            </w:r>
            <w:proofErr w:type="spellEnd"/>
            <w:r>
              <w:t xml:space="preserve"> </w:t>
            </w:r>
            <w:proofErr w:type="spellStart"/>
            <w:r>
              <w:t>hui</w:t>
            </w:r>
            <w:r w:rsidR="000824DE">
              <w:t>d</w:t>
            </w:r>
            <w:proofErr w:type="spellEnd"/>
            <w:r w:rsidR="000824DE"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/of vet </w:t>
            </w:r>
            <w:proofErr w:type="spellStart"/>
            <w:r>
              <w:t>haar</w:t>
            </w:r>
            <w:proofErr w:type="spellEnd"/>
            <w:r>
              <w:t>?</w:t>
            </w:r>
          </w:p>
          <w:p w14:paraId="37A5C2BA" w14:textId="1762B803" w:rsidR="006A3623" w:rsidRDefault="006A3623"/>
        </w:tc>
        <w:tc>
          <w:tcPr>
            <w:tcW w:w="4216" w:type="dxa"/>
          </w:tcPr>
          <w:p w14:paraId="6D2C2013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5A0795E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309ADA1D" w14:textId="77777777" w:rsidR="00AC22C4" w:rsidRDefault="006A3623">
            <w:r>
              <w:t>Heb je last van acne?</w:t>
            </w:r>
          </w:p>
          <w:p w14:paraId="74DDB785" w14:textId="7AABC030" w:rsidR="006A3623" w:rsidRDefault="006A3623"/>
        </w:tc>
        <w:tc>
          <w:tcPr>
            <w:tcW w:w="4216" w:type="dxa"/>
          </w:tcPr>
          <w:p w14:paraId="78D67056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7009028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20D78257" w14:textId="77777777" w:rsidR="00AC22C4" w:rsidRDefault="006A3623">
            <w:r>
              <w:t xml:space="preserve">Is de </w:t>
            </w:r>
            <w:proofErr w:type="spellStart"/>
            <w:r>
              <w:t>huid</w:t>
            </w:r>
            <w:proofErr w:type="spellEnd"/>
            <w:r>
              <w:t xml:space="preserve"> van je </w:t>
            </w:r>
            <w:proofErr w:type="spellStart"/>
            <w:r>
              <w:t>oksels</w:t>
            </w:r>
            <w:proofErr w:type="spellEnd"/>
            <w:r>
              <w:t xml:space="preserve"> </w:t>
            </w:r>
            <w:proofErr w:type="spellStart"/>
            <w:r>
              <w:t>verkleurd</w:t>
            </w:r>
            <w:proofErr w:type="spellEnd"/>
            <w:r>
              <w:t xml:space="preserve">? </w:t>
            </w:r>
            <w:proofErr w:type="spellStart"/>
            <w:r>
              <w:t>Donkerder</w:t>
            </w:r>
            <w:proofErr w:type="spellEnd"/>
            <w:r>
              <w:t>/</w:t>
            </w:r>
            <w:proofErr w:type="spellStart"/>
            <w:r>
              <w:t>dikker</w:t>
            </w:r>
            <w:proofErr w:type="spellEnd"/>
            <w:r>
              <w:t>?</w:t>
            </w:r>
          </w:p>
          <w:p w14:paraId="085CFB2C" w14:textId="5BBC28E3" w:rsidR="006A3623" w:rsidRDefault="006A3623"/>
        </w:tc>
        <w:tc>
          <w:tcPr>
            <w:tcW w:w="4216" w:type="dxa"/>
          </w:tcPr>
          <w:p w14:paraId="721C694C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8FF856C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7BA718A2" w14:textId="19277F69" w:rsidR="00AC22C4" w:rsidRDefault="006A3623">
            <w:proofErr w:type="spellStart"/>
            <w:r>
              <w:t>Verlies</w:t>
            </w:r>
            <w:proofErr w:type="spellEnd"/>
            <w:r>
              <w:t xml:space="preserve"> je </w:t>
            </w:r>
            <w:proofErr w:type="spellStart"/>
            <w:r>
              <w:t>hoofdhaar</w:t>
            </w:r>
            <w:proofErr w:type="spellEnd"/>
            <w:r>
              <w:t xml:space="preserve">, in </w:t>
            </w:r>
            <w:proofErr w:type="spellStart"/>
            <w:r>
              <w:t>tegenstelling</w:t>
            </w:r>
            <w:proofErr w:type="spellEnd"/>
            <w:r>
              <w:t xml:space="preserve"> tot </w:t>
            </w:r>
            <w:proofErr w:type="spellStart"/>
            <w:r>
              <w:t>andere</w:t>
            </w:r>
            <w:proofErr w:type="spellEnd"/>
            <w:r>
              <w:t xml:space="preserve"> </w:t>
            </w:r>
            <w:proofErr w:type="spellStart"/>
            <w:r>
              <w:t>plekken</w:t>
            </w:r>
            <w:proofErr w:type="spellEnd"/>
            <w:r>
              <w:t xml:space="preserve"> </w:t>
            </w:r>
            <w:proofErr w:type="spellStart"/>
            <w:r>
              <w:t>waar</w:t>
            </w:r>
            <w:proofErr w:type="spellEnd"/>
            <w:r>
              <w:t xml:space="preserve"> </w:t>
            </w:r>
            <w:proofErr w:type="spellStart"/>
            <w:r>
              <w:t>juist</w:t>
            </w:r>
            <w:proofErr w:type="spellEnd"/>
            <w:r>
              <w:t xml:space="preserve"> </w:t>
            </w:r>
            <w:proofErr w:type="spellStart"/>
            <w:r>
              <w:t>meer</w:t>
            </w:r>
            <w:proofErr w:type="spellEnd"/>
            <w:r>
              <w:t xml:space="preserve"> </w:t>
            </w:r>
            <w:proofErr w:type="spellStart"/>
            <w:r>
              <w:t>haar</w:t>
            </w:r>
            <w:proofErr w:type="spellEnd"/>
            <w:r>
              <w:t xml:space="preserve"> </w:t>
            </w:r>
            <w:proofErr w:type="spellStart"/>
            <w:r>
              <w:t>groeit</w:t>
            </w:r>
            <w:proofErr w:type="spellEnd"/>
            <w:r>
              <w:t>?</w:t>
            </w:r>
          </w:p>
        </w:tc>
        <w:tc>
          <w:tcPr>
            <w:tcW w:w="4216" w:type="dxa"/>
          </w:tcPr>
          <w:p w14:paraId="5468F157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471369A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5DAE72E0" w14:textId="3AEE8CC2" w:rsidR="00AC22C4" w:rsidRDefault="006A3623">
            <w:r>
              <w:t xml:space="preserve">Heb je last van </w:t>
            </w:r>
            <w:proofErr w:type="spellStart"/>
            <w:r>
              <w:t>overbeharing</w:t>
            </w:r>
            <w:proofErr w:type="spellEnd"/>
            <w:r>
              <w:t xml:space="preserve"> in je </w:t>
            </w:r>
            <w:proofErr w:type="spellStart"/>
            <w:r>
              <w:t>gezicht</w:t>
            </w:r>
            <w:proofErr w:type="spellEnd"/>
            <w:r>
              <w:t xml:space="preserve">, op je </w:t>
            </w:r>
            <w:proofErr w:type="spellStart"/>
            <w:r>
              <w:t>borst</w:t>
            </w:r>
            <w:proofErr w:type="spellEnd"/>
            <w:r>
              <w:t xml:space="preserve"> of </w:t>
            </w:r>
            <w:proofErr w:type="spellStart"/>
            <w:r>
              <w:t>armen</w:t>
            </w:r>
            <w:proofErr w:type="spellEnd"/>
            <w:r>
              <w:t>?</w:t>
            </w:r>
          </w:p>
        </w:tc>
        <w:tc>
          <w:tcPr>
            <w:tcW w:w="4216" w:type="dxa"/>
          </w:tcPr>
          <w:p w14:paraId="0879D1C5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A0DCEA0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38227EE0" w14:textId="77777777" w:rsidR="00AC22C4" w:rsidRDefault="006A3623">
            <w:r>
              <w:t xml:space="preserve">Is je </w:t>
            </w:r>
            <w:proofErr w:type="spellStart"/>
            <w:r>
              <w:t>cyclus</w:t>
            </w:r>
            <w:proofErr w:type="spellEnd"/>
            <w:r>
              <w:t xml:space="preserve"> 35 </w:t>
            </w:r>
            <w:proofErr w:type="spellStart"/>
            <w:r>
              <w:t>dagen</w:t>
            </w:r>
            <w:proofErr w:type="spellEnd"/>
            <w:r>
              <w:t xml:space="preserve"> of </w:t>
            </w:r>
            <w:proofErr w:type="spellStart"/>
            <w:r>
              <w:t>langer</w:t>
            </w:r>
            <w:proofErr w:type="spellEnd"/>
            <w:r>
              <w:t>?</w:t>
            </w:r>
          </w:p>
          <w:p w14:paraId="46488916" w14:textId="5AFD2383" w:rsidR="006A3623" w:rsidRDefault="006A3623"/>
        </w:tc>
        <w:tc>
          <w:tcPr>
            <w:tcW w:w="4216" w:type="dxa"/>
          </w:tcPr>
          <w:p w14:paraId="67BFF458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2699175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3E97339F" w14:textId="6F4F913B" w:rsidR="00AC22C4" w:rsidRDefault="006A3623">
            <w:proofErr w:type="spellStart"/>
            <w:r>
              <w:t>Zijn</w:t>
            </w:r>
            <w:proofErr w:type="spellEnd"/>
            <w:r>
              <w:t xml:space="preserve"> er </w:t>
            </w:r>
            <w:proofErr w:type="spellStart"/>
            <w:r>
              <w:t>ooit</w:t>
            </w:r>
            <w:proofErr w:type="spellEnd"/>
            <w:r>
              <w:t xml:space="preserve"> </w:t>
            </w:r>
            <w:proofErr w:type="spellStart"/>
            <w:r>
              <w:t>cyst</w:t>
            </w:r>
            <w:r w:rsidR="000824DE">
              <w:t>e</w:t>
            </w:r>
            <w:r>
              <w:t>s</w:t>
            </w:r>
            <w:proofErr w:type="spellEnd"/>
            <w:r>
              <w:t xml:space="preserve"> op je </w:t>
            </w:r>
            <w:proofErr w:type="spellStart"/>
            <w:r>
              <w:t>eierstokken</w:t>
            </w:r>
            <w:proofErr w:type="spellEnd"/>
            <w:r>
              <w:t xml:space="preserve"> </w:t>
            </w:r>
            <w:proofErr w:type="spellStart"/>
            <w:r>
              <w:t>vastgesteld</w:t>
            </w:r>
            <w:proofErr w:type="spellEnd"/>
            <w:r>
              <w:t>?</w:t>
            </w:r>
          </w:p>
          <w:p w14:paraId="0EBCB73B" w14:textId="749E90D7" w:rsidR="006A3623" w:rsidRDefault="006A3623"/>
        </w:tc>
        <w:tc>
          <w:tcPr>
            <w:tcW w:w="4216" w:type="dxa"/>
          </w:tcPr>
          <w:p w14:paraId="78CE0382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36F9C90B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79E0B8A2" w14:textId="77777777" w:rsidR="00AC22C4" w:rsidRDefault="006A3623">
            <w:r>
              <w:t xml:space="preserve">Heb je </w:t>
            </w:r>
            <w:proofErr w:type="spellStart"/>
            <w:r>
              <w:t>officieel</w:t>
            </w:r>
            <w:proofErr w:type="spellEnd"/>
            <w:r>
              <w:t xml:space="preserve"> PCOS/PMOS</w:t>
            </w:r>
          </w:p>
          <w:p w14:paraId="76FDF976" w14:textId="30748FE4" w:rsidR="006A3623" w:rsidRDefault="006A3623"/>
        </w:tc>
        <w:tc>
          <w:tcPr>
            <w:tcW w:w="4216" w:type="dxa"/>
          </w:tcPr>
          <w:p w14:paraId="08581A68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51991933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5FF52B09" w14:textId="77777777" w:rsidR="00AC22C4" w:rsidRDefault="006A3623">
            <w:r>
              <w:t xml:space="preserve">Heb je </w:t>
            </w:r>
            <w:proofErr w:type="spellStart"/>
            <w:r>
              <w:t>pijn</w:t>
            </w:r>
            <w:proofErr w:type="spellEnd"/>
            <w:r>
              <w:t xml:space="preserve"> </w:t>
            </w:r>
            <w:proofErr w:type="spellStart"/>
            <w:r>
              <w:t>rond</w:t>
            </w:r>
            <w:proofErr w:type="spellEnd"/>
            <w:r>
              <w:t xml:space="preserve"> je </w:t>
            </w:r>
            <w:proofErr w:type="spellStart"/>
            <w:r>
              <w:t>ovulatie</w:t>
            </w:r>
            <w:proofErr w:type="spellEnd"/>
            <w:r>
              <w:t>?</w:t>
            </w:r>
          </w:p>
          <w:p w14:paraId="27A28CDB" w14:textId="2E6FD3B7" w:rsidR="006A3623" w:rsidRDefault="006A3623"/>
        </w:tc>
        <w:tc>
          <w:tcPr>
            <w:tcW w:w="4216" w:type="dxa"/>
          </w:tcPr>
          <w:p w14:paraId="22026994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A900E43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052BF7DD" w14:textId="77777777" w:rsidR="00AC22C4" w:rsidRDefault="006A3623">
            <w:r>
              <w:t xml:space="preserve">Ben je </w:t>
            </w:r>
            <w:proofErr w:type="spellStart"/>
            <w:r>
              <w:t>verminderd</w:t>
            </w:r>
            <w:proofErr w:type="spellEnd"/>
            <w:r>
              <w:t xml:space="preserve"> </w:t>
            </w:r>
            <w:proofErr w:type="spellStart"/>
            <w:r>
              <w:t>vruchtbaar</w:t>
            </w:r>
            <w:proofErr w:type="spellEnd"/>
            <w:r>
              <w:t>?</w:t>
            </w:r>
          </w:p>
          <w:p w14:paraId="79688979" w14:textId="70343E37" w:rsidR="006A3623" w:rsidRDefault="006A3623"/>
        </w:tc>
        <w:tc>
          <w:tcPr>
            <w:tcW w:w="4216" w:type="dxa"/>
          </w:tcPr>
          <w:p w14:paraId="3A6EDFE4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49278BC8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137FF16A" w14:textId="4791AE54" w:rsidR="00AC22C4" w:rsidRDefault="006A3623">
            <w:r>
              <w:t xml:space="preserve">Ben je </w:t>
            </w:r>
            <w:proofErr w:type="spellStart"/>
            <w:r>
              <w:t>soms</w:t>
            </w:r>
            <w:proofErr w:type="spellEnd"/>
            <w:r>
              <w:t xml:space="preserve"> </w:t>
            </w:r>
            <w:proofErr w:type="spellStart"/>
            <w:r>
              <w:t>enorm</w:t>
            </w:r>
            <w:proofErr w:type="spellEnd"/>
            <w:r>
              <w:t xml:space="preserve"> </w:t>
            </w:r>
            <w:proofErr w:type="spellStart"/>
            <w:r>
              <w:t>prikkelbaar</w:t>
            </w:r>
            <w:proofErr w:type="spellEnd"/>
            <w:r>
              <w:t xml:space="preserve"> of </w:t>
            </w:r>
            <w:proofErr w:type="spellStart"/>
            <w:r>
              <w:t>agressief</w:t>
            </w:r>
            <w:proofErr w:type="spellEnd"/>
            <w:r>
              <w:t>?</w:t>
            </w:r>
            <w:r>
              <w:br/>
            </w:r>
            <w:proofErr w:type="spellStart"/>
            <w:r>
              <w:t>Gedraag</w:t>
            </w:r>
            <w:proofErr w:type="spellEnd"/>
            <w:r>
              <w:t xml:space="preserve"> je </w:t>
            </w:r>
            <w:proofErr w:type="spellStart"/>
            <w:r>
              <w:t>je</w:t>
            </w:r>
            <w:proofErr w:type="spellEnd"/>
            <w:r>
              <w:t xml:space="preserve"> dan </w:t>
            </w:r>
            <w:proofErr w:type="spellStart"/>
            <w:r>
              <w:t>autoritair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wordt</w:t>
            </w:r>
            <w:proofErr w:type="spellEnd"/>
            <w:r>
              <w:t xml:space="preserve"> je </w:t>
            </w:r>
            <w:proofErr w:type="spellStart"/>
            <w:r>
              <w:t>enorm</w:t>
            </w:r>
            <w:proofErr w:type="spellEnd"/>
            <w:r>
              <w:t xml:space="preserve"> boos?</w:t>
            </w:r>
          </w:p>
        </w:tc>
        <w:tc>
          <w:tcPr>
            <w:tcW w:w="4216" w:type="dxa"/>
          </w:tcPr>
          <w:p w14:paraId="2E5D3784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0917C58A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0D2A66C7" w14:textId="5A83658A" w:rsidR="00AC22C4" w:rsidRDefault="006A3623">
            <w:proofErr w:type="spellStart"/>
            <w:r>
              <w:t>Ervaar</w:t>
            </w:r>
            <w:proofErr w:type="spellEnd"/>
            <w:r>
              <w:t xml:space="preserve"> je </w:t>
            </w:r>
            <w:proofErr w:type="spellStart"/>
            <w:r>
              <w:t>depressie</w:t>
            </w:r>
            <w:proofErr w:type="spellEnd"/>
            <w:r>
              <w:t xml:space="preserve"> of </w:t>
            </w:r>
            <w:proofErr w:type="spellStart"/>
            <w:r>
              <w:t>heb</w:t>
            </w:r>
            <w:proofErr w:type="spellEnd"/>
            <w:r>
              <w:t xml:space="preserve"> je last van </w:t>
            </w:r>
            <w:proofErr w:type="spellStart"/>
            <w:r>
              <w:t>angsten</w:t>
            </w:r>
            <w:proofErr w:type="spellEnd"/>
            <w:r>
              <w:t>?</w:t>
            </w:r>
            <w:r>
              <w:br/>
            </w:r>
          </w:p>
        </w:tc>
        <w:tc>
          <w:tcPr>
            <w:tcW w:w="4216" w:type="dxa"/>
          </w:tcPr>
          <w:p w14:paraId="2EB5A215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  <w:tr w:rsidR="00AC22C4" w14:paraId="1626E516" w14:textId="77777777" w:rsidTr="006A3623">
        <w:trPr>
          <w:jc w:val="center"/>
        </w:trPr>
        <w:tc>
          <w:tcPr>
            <w:tcW w:w="6096" w:type="dxa"/>
            <w:shd w:val="clear" w:color="auto" w:fill="F6F4F0"/>
          </w:tcPr>
          <w:p w14:paraId="700204AA" w14:textId="66256FB7" w:rsidR="00AC22C4" w:rsidRDefault="006A3623">
            <w:r>
              <w:t xml:space="preserve">Heb je </w:t>
            </w:r>
            <w:proofErr w:type="spellStart"/>
            <w:r>
              <w:t>hyperglykemie</w:t>
            </w:r>
            <w:proofErr w:type="spellEnd"/>
            <w:r>
              <w:t xml:space="preserve"> of </w:t>
            </w:r>
            <w:proofErr w:type="spellStart"/>
            <w:r>
              <w:t>hypoglykemie</w:t>
            </w:r>
            <w:proofErr w:type="spellEnd"/>
            <w:r>
              <w:t xml:space="preserve">? Of last van </w:t>
            </w:r>
            <w:proofErr w:type="spellStart"/>
            <w:r>
              <w:t>bloedsuikerspiegel</w:t>
            </w:r>
            <w:proofErr w:type="spellEnd"/>
            <w:r>
              <w:t xml:space="preserve"> </w:t>
            </w:r>
            <w:proofErr w:type="spellStart"/>
            <w:r>
              <w:t>schommelingen</w:t>
            </w:r>
            <w:proofErr w:type="spellEnd"/>
            <w:r>
              <w:t>?</w:t>
            </w:r>
          </w:p>
        </w:tc>
        <w:tc>
          <w:tcPr>
            <w:tcW w:w="4216" w:type="dxa"/>
          </w:tcPr>
          <w:p w14:paraId="1879DD2E" w14:textId="77777777" w:rsidR="00AC22C4" w:rsidRDefault="00000000">
            <w:pPr>
              <w:jc w:val="center"/>
            </w:pPr>
            <w:r>
              <w:t>☐ Ja      ☐ Nee</w:t>
            </w:r>
          </w:p>
        </w:tc>
      </w:tr>
    </w:tbl>
    <w:p w14:paraId="6D2F3962" w14:textId="77777777" w:rsidR="00FD618D" w:rsidRDefault="00FD618D"/>
    <w:sectPr w:rsidR="00FD618D" w:rsidSect="00034616">
      <w:footerReference w:type="default" r:id="rId8"/>
      <w:pgSz w:w="12240" w:h="15840"/>
      <w:pgMar w:top="964" w:right="964" w:bottom="96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2E2B7" w14:textId="77777777" w:rsidR="001A4BFA" w:rsidRDefault="001A4BFA">
      <w:pPr>
        <w:spacing w:after="0" w:line="240" w:lineRule="auto"/>
      </w:pPr>
      <w:r>
        <w:separator/>
      </w:r>
    </w:p>
  </w:endnote>
  <w:endnote w:type="continuationSeparator" w:id="0">
    <w:p w14:paraId="11853269" w14:textId="77777777" w:rsidR="001A4BFA" w:rsidRDefault="001A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19C7E" w14:textId="77777777" w:rsidR="00AC22C4" w:rsidRDefault="00000000">
    <w:pPr>
      <w:pStyle w:val="Footer"/>
    </w:pPr>
    <w:r>
      <w:rPr>
        <w:sz w:val="18"/>
      </w:rPr>
      <w:t xml:space="preserve">Own Your Hormones </w:t>
    </w:r>
    <w:proofErr w:type="spellStart"/>
    <w:r>
      <w:rPr>
        <w:sz w:val="18"/>
      </w:rPr>
      <w:t>methode</w:t>
    </w:r>
    <w:proofErr w:type="spellEnd"/>
    <w:r>
      <w:tab/>
    </w:r>
    <w:r>
      <w:tab/>
    </w:r>
    <w:r>
      <w:tab/>
    </w:r>
    <w:r>
      <w:rPr>
        <w:sz w:val="18"/>
      </w:rPr>
      <w:t>www.flowwithyvette.nl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F414E" w14:textId="77777777" w:rsidR="001A4BFA" w:rsidRDefault="001A4BFA">
      <w:pPr>
        <w:spacing w:after="0" w:line="240" w:lineRule="auto"/>
      </w:pPr>
      <w:r>
        <w:separator/>
      </w:r>
    </w:p>
  </w:footnote>
  <w:footnote w:type="continuationSeparator" w:id="0">
    <w:p w14:paraId="23DE1B8A" w14:textId="77777777" w:rsidR="001A4BFA" w:rsidRDefault="001A4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9775416">
    <w:abstractNumId w:val="8"/>
  </w:num>
  <w:num w:numId="2" w16cid:durableId="702709592">
    <w:abstractNumId w:val="6"/>
  </w:num>
  <w:num w:numId="3" w16cid:durableId="222521370">
    <w:abstractNumId w:val="5"/>
  </w:num>
  <w:num w:numId="4" w16cid:durableId="1034890453">
    <w:abstractNumId w:val="4"/>
  </w:num>
  <w:num w:numId="5" w16cid:durableId="1962610109">
    <w:abstractNumId w:val="7"/>
  </w:num>
  <w:num w:numId="6" w16cid:durableId="818690245">
    <w:abstractNumId w:val="3"/>
  </w:num>
  <w:num w:numId="7" w16cid:durableId="2106605572">
    <w:abstractNumId w:val="2"/>
  </w:num>
  <w:num w:numId="8" w16cid:durableId="574436050">
    <w:abstractNumId w:val="1"/>
  </w:num>
  <w:num w:numId="9" w16cid:durableId="77879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25E2"/>
    <w:rsid w:val="000824DE"/>
    <w:rsid w:val="00113FAE"/>
    <w:rsid w:val="0015074B"/>
    <w:rsid w:val="001A4BFA"/>
    <w:rsid w:val="001E7820"/>
    <w:rsid w:val="00227C02"/>
    <w:rsid w:val="0024230E"/>
    <w:rsid w:val="0029639D"/>
    <w:rsid w:val="002D7318"/>
    <w:rsid w:val="00326F90"/>
    <w:rsid w:val="0033258B"/>
    <w:rsid w:val="00355308"/>
    <w:rsid w:val="00391C7C"/>
    <w:rsid w:val="003E6697"/>
    <w:rsid w:val="00484F37"/>
    <w:rsid w:val="0065389E"/>
    <w:rsid w:val="00666DD7"/>
    <w:rsid w:val="00674328"/>
    <w:rsid w:val="00694AB0"/>
    <w:rsid w:val="006A030A"/>
    <w:rsid w:val="006A3623"/>
    <w:rsid w:val="006A503F"/>
    <w:rsid w:val="00702423"/>
    <w:rsid w:val="00761BE6"/>
    <w:rsid w:val="007B116A"/>
    <w:rsid w:val="00867452"/>
    <w:rsid w:val="009414FD"/>
    <w:rsid w:val="009D3C65"/>
    <w:rsid w:val="00A72223"/>
    <w:rsid w:val="00AA1D8D"/>
    <w:rsid w:val="00AC22C4"/>
    <w:rsid w:val="00B47730"/>
    <w:rsid w:val="00CB0664"/>
    <w:rsid w:val="00E96831"/>
    <w:rsid w:val="00F4023C"/>
    <w:rsid w:val="00FC693F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8F89A38"/>
  <w14:defaultImageDpi w14:val="300"/>
  <w15:docId w15:val="{60BCEBAD-EEAA-400D-8AED-E6DB07E4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Yvette A.</cp:lastModifiedBy>
  <cp:revision>4</cp:revision>
  <cp:lastPrinted>2026-07-10T13:12:00Z</cp:lastPrinted>
  <dcterms:created xsi:type="dcterms:W3CDTF">2026-08-01T15:20:00Z</dcterms:created>
  <dcterms:modified xsi:type="dcterms:W3CDTF">2026-08-06T16:55:00Z</dcterms:modified>
  <cp:category/>
</cp:coreProperties>
</file>